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EA33E" w14:textId="77777777" w:rsidR="007572E7" w:rsidRPr="003163D2" w:rsidRDefault="4A86802C">
      <w:pPr>
        <w:pStyle w:val="Otsikko"/>
        <w:jc w:val="center"/>
        <w:rPr>
          <w:lang w:val="fi-FI"/>
        </w:rPr>
      </w:pPr>
      <w:r w:rsidRPr="003163D2">
        <w:rPr>
          <w:lang w:val="fi-FI"/>
        </w:rPr>
        <w:t>KIRKKOKOLEHDIT 2027</w:t>
      </w:r>
    </w:p>
    <w:p w14:paraId="78221225" w14:textId="1D4ACD0A" w:rsidR="4A86802C" w:rsidRPr="003163D2" w:rsidRDefault="4A86802C" w:rsidP="4A86802C">
      <w:pPr>
        <w:jc w:val="center"/>
        <w:rPr>
          <w:b/>
          <w:bCs/>
          <w:sz w:val="26"/>
          <w:szCs w:val="26"/>
          <w:lang w:val="fi-FI"/>
        </w:rPr>
      </w:pPr>
    </w:p>
    <w:p w14:paraId="0442E9C7" w14:textId="691B3435" w:rsidR="007572E7" w:rsidRPr="003163D2" w:rsidRDefault="4A86802C" w:rsidP="4A86802C">
      <w:pPr>
        <w:jc w:val="center"/>
        <w:rPr>
          <w:b/>
          <w:bCs/>
          <w:sz w:val="26"/>
          <w:szCs w:val="26"/>
          <w:lang w:val="fi-FI"/>
        </w:rPr>
      </w:pPr>
      <w:r w:rsidRPr="003163D2">
        <w:rPr>
          <w:b/>
          <w:bCs/>
          <w:sz w:val="26"/>
          <w:szCs w:val="26"/>
          <w:lang w:val="fi-FI"/>
        </w:rPr>
        <w:t>Kirkkohallituksen täysistun</w:t>
      </w:r>
      <w:r w:rsidR="6A57B582" w:rsidRPr="003163D2">
        <w:rPr>
          <w:b/>
          <w:bCs/>
          <w:sz w:val="26"/>
          <w:szCs w:val="26"/>
          <w:lang w:val="fi-FI"/>
        </w:rPr>
        <w:t>non päätöksillä 22.9. ja 8.10.</w:t>
      </w:r>
      <w:r w:rsidR="00832EBB" w:rsidRPr="003163D2">
        <w:rPr>
          <w:lang w:val="fi-FI"/>
        </w:rPr>
        <w:br/>
      </w:r>
    </w:p>
    <w:p w14:paraId="50D90C48" w14:textId="584FE374" w:rsidR="007572E7" w:rsidRPr="003163D2" w:rsidRDefault="4A86802C">
      <w:pPr>
        <w:jc w:val="center"/>
        <w:rPr>
          <w:lang w:val="fi-FI"/>
        </w:rPr>
      </w:pPr>
      <w:r w:rsidRPr="003163D2">
        <w:rPr>
          <w:b/>
          <w:bCs/>
          <w:sz w:val="26"/>
          <w:szCs w:val="26"/>
          <w:lang w:val="fi-FI"/>
        </w:rPr>
        <w:t>Viralliset kolehdit ja suosituskolehdit</w:t>
      </w:r>
    </w:p>
    <w:p w14:paraId="672A6659" w14:textId="77777777" w:rsidR="007572E7" w:rsidRPr="003163D2" w:rsidRDefault="00832EBB">
      <w:pPr>
        <w:rPr>
          <w:lang w:val="fi-FI"/>
        </w:rPr>
      </w:pPr>
      <w:r w:rsidRPr="003163D2">
        <w:rPr>
          <w:lang w:val="fi-FI"/>
        </w:rPr>
        <w:br w:type="page"/>
      </w:r>
    </w:p>
    <w:p w14:paraId="2020F31E" w14:textId="77777777" w:rsidR="007572E7" w:rsidRPr="003163D2" w:rsidRDefault="00832EBB">
      <w:pPr>
        <w:pStyle w:val="Otsikko1"/>
        <w:rPr>
          <w:lang w:val="fi-FI"/>
        </w:rPr>
      </w:pPr>
      <w:r w:rsidRPr="003163D2">
        <w:rPr>
          <w:lang w:val="fi-FI"/>
        </w:rPr>
        <w:lastRenderedPageBreak/>
        <w:t>1. Viralliset kolehdit</w:t>
      </w:r>
    </w:p>
    <w:p w14:paraId="6A388880" w14:textId="77777777" w:rsidR="007572E7" w:rsidRPr="003163D2" w:rsidRDefault="00832EBB">
      <w:pPr>
        <w:spacing w:after="160"/>
        <w:rPr>
          <w:lang w:val="fi-FI"/>
        </w:rPr>
      </w:pPr>
      <w:r w:rsidRPr="003163D2">
        <w:rPr>
          <w:lang w:val="fi-FI"/>
        </w:rPr>
        <w:t>Kaikki viralliset pyhät, kolehtikohteet ja kolehdinsaajat.</w:t>
      </w:r>
    </w:p>
    <w:tbl>
      <w:tblPr>
        <w:tblStyle w:val="TaulukkoRuudukko"/>
        <w:tblW w:w="0" w:type="auto"/>
        <w:jc w:val="center"/>
        <w:tblLayout w:type="fixed"/>
        <w:tblLook w:val="04A0" w:firstRow="1" w:lastRow="0" w:firstColumn="1" w:lastColumn="0" w:noHBand="0" w:noVBand="1"/>
      </w:tblPr>
      <w:tblGrid>
        <w:gridCol w:w="1587"/>
        <w:gridCol w:w="3118"/>
        <w:gridCol w:w="6860"/>
        <w:gridCol w:w="3118"/>
      </w:tblGrid>
      <w:tr w:rsidR="007572E7" w14:paraId="380DEC08" w14:textId="77777777">
        <w:trPr>
          <w:tblHeader/>
          <w:jc w:val="center"/>
        </w:trPr>
        <w:tc>
          <w:tcPr>
            <w:tcW w:w="1587" w:type="dxa"/>
            <w:shd w:val="clear" w:color="auto" w:fill="1F4E79"/>
            <w:tcMar>
              <w:top w:w="100" w:type="dxa"/>
              <w:left w:w="110" w:type="dxa"/>
              <w:bottom w:w="100" w:type="dxa"/>
              <w:right w:w="110" w:type="dxa"/>
            </w:tcMar>
            <w:vAlign w:val="center"/>
          </w:tcPr>
          <w:p w14:paraId="240BEDAB" w14:textId="77777777" w:rsidR="007572E7" w:rsidRDefault="00832EBB">
            <w:pPr>
              <w:jc w:val="center"/>
            </w:pPr>
            <w:r>
              <w:rPr>
                <w:b/>
                <w:color w:val="FFFFFF"/>
              </w:rPr>
              <w:t>Päivämäärä</w:t>
            </w:r>
          </w:p>
        </w:tc>
        <w:tc>
          <w:tcPr>
            <w:tcW w:w="3118" w:type="dxa"/>
            <w:shd w:val="clear" w:color="auto" w:fill="1F4E79"/>
            <w:tcMar>
              <w:top w:w="100" w:type="dxa"/>
              <w:left w:w="110" w:type="dxa"/>
              <w:bottom w:w="100" w:type="dxa"/>
              <w:right w:w="110" w:type="dxa"/>
            </w:tcMar>
            <w:vAlign w:val="center"/>
          </w:tcPr>
          <w:p w14:paraId="241DA871" w14:textId="77777777" w:rsidR="007572E7" w:rsidRDefault="00832EBB">
            <w:pPr>
              <w:jc w:val="center"/>
            </w:pPr>
            <w:r>
              <w:rPr>
                <w:b/>
                <w:color w:val="FFFFFF"/>
              </w:rPr>
              <w:t>Pyhä</w:t>
            </w:r>
          </w:p>
        </w:tc>
        <w:tc>
          <w:tcPr>
            <w:tcW w:w="6860" w:type="dxa"/>
            <w:shd w:val="clear" w:color="auto" w:fill="1F4E79"/>
            <w:tcMar>
              <w:top w:w="100" w:type="dxa"/>
              <w:left w:w="110" w:type="dxa"/>
              <w:bottom w:w="100" w:type="dxa"/>
              <w:right w:w="110" w:type="dxa"/>
            </w:tcMar>
            <w:vAlign w:val="center"/>
          </w:tcPr>
          <w:p w14:paraId="00F2269D" w14:textId="77777777" w:rsidR="007572E7" w:rsidRDefault="00832EBB">
            <w:pPr>
              <w:jc w:val="center"/>
            </w:pPr>
            <w:r>
              <w:rPr>
                <w:b/>
                <w:color w:val="FFFFFF"/>
              </w:rPr>
              <w:t>Kolehtikohde</w:t>
            </w:r>
          </w:p>
        </w:tc>
        <w:tc>
          <w:tcPr>
            <w:tcW w:w="3118" w:type="dxa"/>
            <w:shd w:val="clear" w:color="auto" w:fill="1F4E79"/>
            <w:tcMar>
              <w:top w:w="100" w:type="dxa"/>
              <w:left w:w="110" w:type="dxa"/>
              <w:bottom w:w="100" w:type="dxa"/>
              <w:right w:w="110" w:type="dxa"/>
            </w:tcMar>
            <w:vAlign w:val="center"/>
          </w:tcPr>
          <w:p w14:paraId="195FDB64" w14:textId="77777777" w:rsidR="007572E7" w:rsidRDefault="00832EBB">
            <w:pPr>
              <w:jc w:val="center"/>
            </w:pPr>
            <w:r>
              <w:rPr>
                <w:b/>
                <w:color w:val="FFFFFF"/>
              </w:rPr>
              <w:t>Kolehdinsaaja</w:t>
            </w:r>
          </w:p>
        </w:tc>
      </w:tr>
      <w:tr w:rsidR="007572E7" w14:paraId="065121E8" w14:textId="77777777">
        <w:trPr>
          <w:cantSplit/>
          <w:jc w:val="center"/>
        </w:trPr>
        <w:tc>
          <w:tcPr>
            <w:tcW w:w="1587" w:type="dxa"/>
            <w:tcMar>
              <w:top w:w="100" w:type="dxa"/>
              <w:left w:w="110" w:type="dxa"/>
              <w:bottom w:w="100" w:type="dxa"/>
              <w:right w:w="110" w:type="dxa"/>
            </w:tcMar>
            <w:vAlign w:val="center"/>
          </w:tcPr>
          <w:p w14:paraId="52A94261" w14:textId="77777777" w:rsidR="007572E7" w:rsidRDefault="00832EBB">
            <w:pPr>
              <w:spacing w:line="252" w:lineRule="auto"/>
              <w:jc w:val="center"/>
            </w:pPr>
            <w:r>
              <w:rPr>
                <w:b/>
                <w:sz w:val="16"/>
              </w:rPr>
              <w:t>1.1.2027</w:t>
            </w:r>
          </w:p>
        </w:tc>
        <w:tc>
          <w:tcPr>
            <w:tcW w:w="3118" w:type="dxa"/>
            <w:tcMar>
              <w:top w:w="100" w:type="dxa"/>
              <w:left w:w="110" w:type="dxa"/>
              <w:bottom w:w="100" w:type="dxa"/>
              <w:right w:w="110" w:type="dxa"/>
            </w:tcMar>
            <w:vAlign w:val="center"/>
          </w:tcPr>
          <w:p w14:paraId="104F8F68" w14:textId="77777777" w:rsidR="007572E7" w:rsidRDefault="00832EBB">
            <w:pPr>
              <w:spacing w:line="252" w:lineRule="auto"/>
            </w:pPr>
            <w:r>
              <w:rPr>
                <w:sz w:val="16"/>
              </w:rPr>
              <w:t>Uudenvuodenpäivä</w:t>
            </w:r>
          </w:p>
        </w:tc>
        <w:tc>
          <w:tcPr>
            <w:tcW w:w="6860" w:type="dxa"/>
            <w:tcMar>
              <w:top w:w="100" w:type="dxa"/>
              <w:left w:w="110" w:type="dxa"/>
              <w:bottom w:w="100" w:type="dxa"/>
              <w:right w:w="110" w:type="dxa"/>
            </w:tcMar>
            <w:vAlign w:val="center"/>
          </w:tcPr>
          <w:p w14:paraId="0A37501D" w14:textId="77777777" w:rsidR="007572E7" w:rsidRDefault="007572E7">
            <w:pPr>
              <w:spacing w:line="252" w:lineRule="auto"/>
            </w:pPr>
          </w:p>
        </w:tc>
        <w:tc>
          <w:tcPr>
            <w:tcW w:w="3118" w:type="dxa"/>
            <w:tcMar>
              <w:top w:w="100" w:type="dxa"/>
              <w:left w:w="110" w:type="dxa"/>
              <w:bottom w:w="100" w:type="dxa"/>
              <w:right w:w="110" w:type="dxa"/>
            </w:tcMar>
            <w:vAlign w:val="center"/>
          </w:tcPr>
          <w:p w14:paraId="5DAB6C7B" w14:textId="77777777" w:rsidR="007572E7" w:rsidRDefault="007572E7">
            <w:pPr>
              <w:spacing w:line="252" w:lineRule="auto"/>
            </w:pPr>
          </w:p>
        </w:tc>
      </w:tr>
      <w:tr w:rsidR="007572E7" w14:paraId="480F304B" w14:textId="77777777">
        <w:trPr>
          <w:cantSplit/>
          <w:jc w:val="center"/>
        </w:trPr>
        <w:tc>
          <w:tcPr>
            <w:tcW w:w="1587" w:type="dxa"/>
            <w:shd w:val="clear" w:color="auto" w:fill="F3F6F8"/>
            <w:tcMar>
              <w:top w:w="100" w:type="dxa"/>
              <w:left w:w="110" w:type="dxa"/>
              <w:bottom w:w="100" w:type="dxa"/>
              <w:right w:w="110" w:type="dxa"/>
            </w:tcMar>
            <w:vAlign w:val="center"/>
          </w:tcPr>
          <w:p w14:paraId="61EDD2DC" w14:textId="77777777" w:rsidR="007572E7" w:rsidRDefault="00832EBB">
            <w:pPr>
              <w:spacing w:line="252" w:lineRule="auto"/>
              <w:jc w:val="center"/>
            </w:pPr>
            <w:r>
              <w:rPr>
                <w:b/>
                <w:sz w:val="16"/>
              </w:rPr>
              <w:t>3.1.2027</w:t>
            </w:r>
          </w:p>
        </w:tc>
        <w:tc>
          <w:tcPr>
            <w:tcW w:w="3118" w:type="dxa"/>
            <w:shd w:val="clear" w:color="auto" w:fill="F3F6F8"/>
            <w:tcMar>
              <w:top w:w="100" w:type="dxa"/>
              <w:left w:w="110" w:type="dxa"/>
              <w:bottom w:w="100" w:type="dxa"/>
              <w:right w:w="110" w:type="dxa"/>
            </w:tcMar>
            <w:vAlign w:val="center"/>
          </w:tcPr>
          <w:p w14:paraId="287F89DC" w14:textId="77777777" w:rsidR="007572E7" w:rsidRDefault="00832EBB">
            <w:pPr>
              <w:spacing w:line="252" w:lineRule="auto"/>
            </w:pPr>
            <w:r>
              <w:rPr>
                <w:sz w:val="16"/>
              </w:rPr>
              <w:t>2. sunnuntai joulusta</w:t>
            </w:r>
          </w:p>
        </w:tc>
        <w:tc>
          <w:tcPr>
            <w:tcW w:w="6860" w:type="dxa"/>
            <w:shd w:val="clear" w:color="auto" w:fill="F3F6F8"/>
            <w:tcMar>
              <w:top w:w="100" w:type="dxa"/>
              <w:left w:w="110" w:type="dxa"/>
              <w:bottom w:w="100" w:type="dxa"/>
              <w:right w:w="110" w:type="dxa"/>
            </w:tcMar>
            <w:vAlign w:val="center"/>
          </w:tcPr>
          <w:p w14:paraId="02EB378F"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6A05A809" w14:textId="77777777" w:rsidR="007572E7" w:rsidRDefault="007572E7">
            <w:pPr>
              <w:spacing w:line="252" w:lineRule="auto"/>
            </w:pPr>
          </w:p>
        </w:tc>
      </w:tr>
      <w:tr w:rsidR="007572E7" w14:paraId="7B86D0B9" w14:textId="77777777">
        <w:trPr>
          <w:cantSplit/>
          <w:jc w:val="center"/>
        </w:trPr>
        <w:tc>
          <w:tcPr>
            <w:tcW w:w="1587" w:type="dxa"/>
            <w:tcMar>
              <w:top w:w="100" w:type="dxa"/>
              <w:left w:w="110" w:type="dxa"/>
              <w:bottom w:w="100" w:type="dxa"/>
              <w:right w:w="110" w:type="dxa"/>
            </w:tcMar>
            <w:vAlign w:val="center"/>
          </w:tcPr>
          <w:p w14:paraId="5C0D9B49" w14:textId="77777777" w:rsidR="007572E7" w:rsidRDefault="00832EBB">
            <w:pPr>
              <w:spacing w:line="252" w:lineRule="auto"/>
              <w:jc w:val="center"/>
            </w:pPr>
            <w:r>
              <w:rPr>
                <w:b/>
                <w:sz w:val="16"/>
              </w:rPr>
              <w:t>6.1.2027</w:t>
            </w:r>
          </w:p>
        </w:tc>
        <w:tc>
          <w:tcPr>
            <w:tcW w:w="3118" w:type="dxa"/>
            <w:tcMar>
              <w:top w:w="100" w:type="dxa"/>
              <w:left w:w="110" w:type="dxa"/>
              <w:bottom w:w="100" w:type="dxa"/>
              <w:right w:w="110" w:type="dxa"/>
            </w:tcMar>
            <w:vAlign w:val="center"/>
          </w:tcPr>
          <w:p w14:paraId="06AB311E" w14:textId="77777777" w:rsidR="007572E7" w:rsidRDefault="00832EBB">
            <w:pPr>
              <w:spacing w:line="252" w:lineRule="auto"/>
            </w:pPr>
            <w:r>
              <w:rPr>
                <w:sz w:val="16"/>
              </w:rPr>
              <w:t>Loppiainen (Epifania)</w:t>
            </w:r>
          </w:p>
        </w:tc>
        <w:tc>
          <w:tcPr>
            <w:tcW w:w="6860" w:type="dxa"/>
            <w:tcMar>
              <w:top w:w="100" w:type="dxa"/>
              <w:left w:w="110" w:type="dxa"/>
              <w:bottom w:w="100" w:type="dxa"/>
              <w:right w:w="110" w:type="dxa"/>
            </w:tcMar>
            <w:vAlign w:val="center"/>
          </w:tcPr>
          <w:p w14:paraId="5A39BBE3" w14:textId="77777777" w:rsidR="007572E7" w:rsidRDefault="007572E7">
            <w:pPr>
              <w:spacing w:line="252" w:lineRule="auto"/>
            </w:pPr>
          </w:p>
        </w:tc>
        <w:tc>
          <w:tcPr>
            <w:tcW w:w="3118" w:type="dxa"/>
            <w:tcMar>
              <w:top w:w="100" w:type="dxa"/>
              <w:left w:w="110" w:type="dxa"/>
              <w:bottom w:w="100" w:type="dxa"/>
              <w:right w:w="110" w:type="dxa"/>
            </w:tcMar>
            <w:vAlign w:val="center"/>
          </w:tcPr>
          <w:p w14:paraId="41C8F396" w14:textId="77777777" w:rsidR="007572E7" w:rsidRDefault="007572E7">
            <w:pPr>
              <w:spacing w:line="252" w:lineRule="auto"/>
            </w:pPr>
          </w:p>
        </w:tc>
      </w:tr>
      <w:tr w:rsidR="007572E7" w14:paraId="192AF297" w14:textId="77777777">
        <w:trPr>
          <w:cantSplit/>
          <w:jc w:val="center"/>
        </w:trPr>
        <w:tc>
          <w:tcPr>
            <w:tcW w:w="1587" w:type="dxa"/>
            <w:shd w:val="clear" w:color="auto" w:fill="F3F6F8"/>
            <w:tcMar>
              <w:top w:w="100" w:type="dxa"/>
              <w:left w:w="110" w:type="dxa"/>
              <w:bottom w:w="100" w:type="dxa"/>
              <w:right w:w="110" w:type="dxa"/>
            </w:tcMar>
            <w:vAlign w:val="center"/>
          </w:tcPr>
          <w:p w14:paraId="2F093F85" w14:textId="77777777" w:rsidR="007572E7" w:rsidRDefault="00832EBB">
            <w:pPr>
              <w:spacing w:line="252" w:lineRule="auto"/>
              <w:jc w:val="center"/>
            </w:pPr>
            <w:r>
              <w:rPr>
                <w:b/>
                <w:sz w:val="16"/>
              </w:rPr>
              <w:t>10.1.2027</w:t>
            </w:r>
          </w:p>
        </w:tc>
        <w:tc>
          <w:tcPr>
            <w:tcW w:w="3118" w:type="dxa"/>
            <w:shd w:val="clear" w:color="auto" w:fill="F3F6F8"/>
            <w:tcMar>
              <w:top w:w="100" w:type="dxa"/>
              <w:left w:w="110" w:type="dxa"/>
              <w:bottom w:w="100" w:type="dxa"/>
              <w:right w:w="110" w:type="dxa"/>
            </w:tcMar>
            <w:vAlign w:val="center"/>
          </w:tcPr>
          <w:p w14:paraId="4D4310BD" w14:textId="77777777" w:rsidR="007572E7" w:rsidRDefault="00832EBB">
            <w:pPr>
              <w:spacing w:line="252" w:lineRule="auto"/>
            </w:pPr>
            <w:r>
              <w:rPr>
                <w:sz w:val="16"/>
              </w:rPr>
              <w:t>1. Sunnuntai loppiaisesta</w:t>
            </w:r>
          </w:p>
        </w:tc>
        <w:tc>
          <w:tcPr>
            <w:tcW w:w="6860" w:type="dxa"/>
            <w:shd w:val="clear" w:color="auto" w:fill="F3F6F8"/>
            <w:tcMar>
              <w:top w:w="100" w:type="dxa"/>
              <w:left w:w="110" w:type="dxa"/>
              <w:bottom w:w="100" w:type="dxa"/>
              <w:right w:w="110" w:type="dxa"/>
            </w:tcMar>
            <w:vAlign w:val="center"/>
          </w:tcPr>
          <w:p w14:paraId="72A3D3EC"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0D0B940D" w14:textId="77777777" w:rsidR="007572E7" w:rsidRDefault="007572E7">
            <w:pPr>
              <w:spacing w:line="252" w:lineRule="auto"/>
            </w:pPr>
          </w:p>
        </w:tc>
      </w:tr>
      <w:tr w:rsidR="007572E7" w14:paraId="05E4282C" w14:textId="77777777">
        <w:trPr>
          <w:cantSplit/>
          <w:jc w:val="center"/>
        </w:trPr>
        <w:tc>
          <w:tcPr>
            <w:tcW w:w="1587" w:type="dxa"/>
            <w:tcMar>
              <w:top w:w="100" w:type="dxa"/>
              <w:left w:w="110" w:type="dxa"/>
              <w:bottom w:w="100" w:type="dxa"/>
              <w:right w:w="110" w:type="dxa"/>
            </w:tcMar>
            <w:vAlign w:val="center"/>
          </w:tcPr>
          <w:p w14:paraId="0A50451B" w14:textId="77777777" w:rsidR="007572E7" w:rsidRDefault="00832EBB">
            <w:pPr>
              <w:spacing w:line="252" w:lineRule="auto"/>
              <w:jc w:val="center"/>
            </w:pPr>
            <w:r>
              <w:rPr>
                <w:b/>
                <w:sz w:val="16"/>
              </w:rPr>
              <w:t>17.1.2027</w:t>
            </w:r>
          </w:p>
        </w:tc>
        <w:tc>
          <w:tcPr>
            <w:tcW w:w="3118" w:type="dxa"/>
            <w:tcMar>
              <w:top w:w="100" w:type="dxa"/>
              <w:left w:w="110" w:type="dxa"/>
              <w:bottom w:w="100" w:type="dxa"/>
              <w:right w:w="110" w:type="dxa"/>
            </w:tcMar>
            <w:vAlign w:val="center"/>
          </w:tcPr>
          <w:p w14:paraId="0B04FBA5" w14:textId="77777777" w:rsidR="007572E7" w:rsidRDefault="00832EBB">
            <w:pPr>
              <w:spacing w:line="252" w:lineRule="auto"/>
            </w:pPr>
            <w:r>
              <w:rPr>
                <w:sz w:val="16"/>
              </w:rPr>
              <w:t>2. Sunnuntai loppiaisesta</w:t>
            </w:r>
          </w:p>
        </w:tc>
        <w:tc>
          <w:tcPr>
            <w:tcW w:w="6860" w:type="dxa"/>
            <w:tcMar>
              <w:top w:w="100" w:type="dxa"/>
              <w:left w:w="110" w:type="dxa"/>
              <w:bottom w:w="100" w:type="dxa"/>
              <w:right w:w="110" w:type="dxa"/>
            </w:tcMar>
            <w:vAlign w:val="center"/>
          </w:tcPr>
          <w:p w14:paraId="39FB7CF3" w14:textId="77777777" w:rsidR="007572E7" w:rsidRPr="003163D2" w:rsidRDefault="00832EBB">
            <w:pPr>
              <w:spacing w:line="252" w:lineRule="auto"/>
              <w:rPr>
                <w:lang w:val="fi-FI"/>
              </w:rPr>
            </w:pPr>
            <w:r w:rsidRPr="003163D2">
              <w:rPr>
                <w:sz w:val="16"/>
                <w:lang w:val="fi-FI"/>
              </w:rPr>
              <w:t>Kristittyjen ykseyden edistämiseen, kirkkojen välisen yhteistyön vahvistamiseen sekä seurakuntien perustehtävän tukemiseen ekumeenisesti.</w:t>
            </w:r>
          </w:p>
        </w:tc>
        <w:tc>
          <w:tcPr>
            <w:tcW w:w="3118" w:type="dxa"/>
            <w:tcMar>
              <w:top w:w="100" w:type="dxa"/>
              <w:left w:w="110" w:type="dxa"/>
              <w:bottom w:w="100" w:type="dxa"/>
              <w:right w:w="110" w:type="dxa"/>
            </w:tcMar>
            <w:vAlign w:val="center"/>
          </w:tcPr>
          <w:p w14:paraId="5089B313" w14:textId="77777777" w:rsidR="007572E7" w:rsidRDefault="00832EBB">
            <w:pPr>
              <w:spacing w:line="252" w:lineRule="auto"/>
            </w:pPr>
            <w:r>
              <w:rPr>
                <w:sz w:val="16"/>
              </w:rPr>
              <w:t>Suomen Ekumeeninen Neuvosto ry.</w:t>
            </w:r>
          </w:p>
        </w:tc>
      </w:tr>
      <w:tr w:rsidR="007572E7" w14:paraId="6B703A7F" w14:textId="77777777">
        <w:trPr>
          <w:cantSplit/>
          <w:jc w:val="center"/>
        </w:trPr>
        <w:tc>
          <w:tcPr>
            <w:tcW w:w="1587" w:type="dxa"/>
            <w:shd w:val="clear" w:color="auto" w:fill="F3F6F8"/>
            <w:tcMar>
              <w:top w:w="100" w:type="dxa"/>
              <w:left w:w="110" w:type="dxa"/>
              <w:bottom w:w="100" w:type="dxa"/>
              <w:right w:w="110" w:type="dxa"/>
            </w:tcMar>
            <w:vAlign w:val="center"/>
          </w:tcPr>
          <w:p w14:paraId="6176C7EE" w14:textId="77777777" w:rsidR="007572E7" w:rsidRDefault="00832EBB">
            <w:pPr>
              <w:spacing w:line="252" w:lineRule="auto"/>
              <w:jc w:val="center"/>
            </w:pPr>
            <w:r>
              <w:rPr>
                <w:b/>
                <w:sz w:val="16"/>
              </w:rPr>
              <w:t>19.1.2027</w:t>
            </w:r>
          </w:p>
        </w:tc>
        <w:tc>
          <w:tcPr>
            <w:tcW w:w="3118" w:type="dxa"/>
            <w:shd w:val="clear" w:color="auto" w:fill="F3F6F8"/>
            <w:tcMar>
              <w:top w:w="100" w:type="dxa"/>
              <w:left w:w="110" w:type="dxa"/>
              <w:bottom w:w="100" w:type="dxa"/>
              <w:right w:w="110" w:type="dxa"/>
            </w:tcMar>
            <w:vAlign w:val="center"/>
          </w:tcPr>
          <w:p w14:paraId="7ED0A867" w14:textId="77777777" w:rsidR="007572E7" w:rsidRDefault="00832EBB">
            <w:pPr>
              <w:spacing w:line="252" w:lineRule="auto"/>
            </w:pPr>
            <w:r>
              <w:rPr>
                <w:sz w:val="16"/>
              </w:rPr>
              <w:t>Pyhän Henrikin muistopäivä</w:t>
            </w:r>
          </w:p>
        </w:tc>
        <w:tc>
          <w:tcPr>
            <w:tcW w:w="6860" w:type="dxa"/>
            <w:shd w:val="clear" w:color="auto" w:fill="F3F6F8"/>
            <w:tcMar>
              <w:top w:w="100" w:type="dxa"/>
              <w:left w:w="110" w:type="dxa"/>
              <w:bottom w:w="100" w:type="dxa"/>
              <w:right w:w="110" w:type="dxa"/>
            </w:tcMar>
            <w:vAlign w:val="center"/>
          </w:tcPr>
          <w:p w14:paraId="0E27B00A"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60061E4C" w14:textId="77777777" w:rsidR="007572E7" w:rsidRDefault="007572E7">
            <w:pPr>
              <w:spacing w:line="252" w:lineRule="auto"/>
            </w:pPr>
          </w:p>
        </w:tc>
      </w:tr>
      <w:tr w:rsidR="007572E7" w:rsidRPr="009D031D" w14:paraId="3D255917" w14:textId="77777777">
        <w:trPr>
          <w:cantSplit/>
          <w:jc w:val="center"/>
        </w:trPr>
        <w:tc>
          <w:tcPr>
            <w:tcW w:w="1587" w:type="dxa"/>
            <w:tcMar>
              <w:top w:w="100" w:type="dxa"/>
              <w:left w:w="110" w:type="dxa"/>
              <w:bottom w:w="100" w:type="dxa"/>
              <w:right w:w="110" w:type="dxa"/>
            </w:tcMar>
            <w:vAlign w:val="center"/>
          </w:tcPr>
          <w:p w14:paraId="79F55415" w14:textId="77777777" w:rsidR="007572E7" w:rsidRDefault="00832EBB">
            <w:pPr>
              <w:spacing w:line="252" w:lineRule="auto"/>
              <w:jc w:val="center"/>
            </w:pPr>
            <w:r>
              <w:rPr>
                <w:b/>
                <w:sz w:val="16"/>
              </w:rPr>
              <w:t>24.1.2027</w:t>
            </w:r>
          </w:p>
        </w:tc>
        <w:tc>
          <w:tcPr>
            <w:tcW w:w="3118" w:type="dxa"/>
            <w:tcMar>
              <w:top w:w="100" w:type="dxa"/>
              <w:left w:w="110" w:type="dxa"/>
              <w:bottom w:w="100" w:type="dxa"/>
              <w:right w:w="110" w:type="dxa"/>
            </w:tcMar>
            <w:vAlign w:val="center"/>
          </w:tcPr>
          <w:p w14:paraId="387016FC" w14:textId="77777777" w:rsidR="007572E7" w:rsidRDefault="00832EBB">
            <w:pPr>
              <w:spacing w:line="252" w:lineRule="auto"/>
            </w:pPr>
            <w:r>
              <w:rPr>
                <w:sz w:val="16"/>
              </w:rPr>
              <w:t>3. sunnuntai ennen paastonaikaa (Septuagesima)</w:t>
            </w:r>
          </w:p>
        </w:tc>
        <w:tc>
          <w:tcPr>
            <w:tcW w:w="6860" w:type="dxa"/>
            <w:tcMar>
              <w:top w:w="100" w:type="dxa"/>
              <w:left w:w="110" w:type="dxa"/>
              <w:bottom w:w="100" w:type="dxa"/>
              <w:right w:w="110" w:type="dxa"/>
            </w:tcMar>
            <w:vAlign w:val="center"/>
          </w:tcPr>
          <w:p w14:paraId="5CDA2D67" w14:textId="77777777" w:rsidR="007572E7" w:rsidRDefault="00832EBB">
            <w:pPr>
              <w:spacing w:line="252" w:lineRule="auto"/>
            </w:pPr>
            <w:r>
              <w:rPr>
                <w:sz w:val="16"/>
              </w:rPr>
              <w:t>Kouluikäisten parissa tehtävään työhön.</w:t>
            </w:r>
          </w:p>
        </w:tc>
        <w:tc>
          <w:tcPr>
            <w:tcW w:w="3118" w:type="dxa"/>
            <w:tcMar>
              <w:top w:w="100" w:type="dxa"/>
              <w:left w:w="110" w:type="dxa"/>
              <w:bottom w:w="100" w:type="dxa"/>
              <w:right w:w="110" w:type="dxa"/>
            </w:tcMar>
            <w:vAlign w:val="center"/>
          </w:tcPr>
          <w:p w14:paraId="001E85BE" w14:textId="77777777" w:rsidR="007572E7" w:rsidRPr="003163D2" w:rsidRDefault="00832EBB">
            <w:pPr>
              <w:spacing w:line="252" w:lineRule="auto"/>
              <w:rPr>
                <w:lang w:val="fi-FI"/>
              </w:rPr>
            </w:pPr>
            <w:r w:rsidRPr="003163D2">
              <w:rPr>
                <w:sz w:val="16"/>
                <w:lang w:val="fi-FI"/>
              </w:rPr>
              <w:t>Lasten ja nuorten keskus ry.</w:t>
            </w:r>
          </w:p>
        </w:tc>
      </w:tr>
      <w:tr w:rsidR="007572E7" w14:paraId="581AA5F1" w14:textId="77777777">
        <w:trPr>
          <w:cantSplit/>
          <w:jc w:val="center"/>
        </w:trPr>
        <w:tc>
          <w:tcPr>
            <w:tcW w:w="1587" w:type="dxa"/>
            <w:shd w:val="clear" w:color="auto" w:fill="F3F6F8"/>
            <w:tcMar>
              <w:top w:w="100" w:type="dxa"/>
              <w:left w:w="110" w:type="dxa"/>
              <w:bottom w:w="100" w:type="dxa"/>
              <w:right w:w="110" w:type="dxa"/>
            </w:tcMar>
            <w:vAlign w:val="center"/>
          </w:tcPr>
          <w:p w14:paraId="70528149" w14:textId="77777777" w:rsidR="007572E7" w:rsidRDefault="00832EBB">
            <w:pPr>
              <w:spacing w:line="252" w:lineRule="auto"/>
              <w:jc w:val="center"/>
            </w:pPr>
            <w:r>
              <w:rPr>
                <w:b/>
                <w:sz w:val="16"/>
              </w:rPr>
              <w:t>31.1.2027</w:t>
            </w:r>
          </w:p>
        </w:tc>
        <w:tc>
          <w:tcPr>
            <w:tcW w:w="3118" w:type="dxa"/>
            <w:shd w:val="clear" w:color="auto" w:fill="F3F6F8"/>
            <w:tcMar>
              <w:top w:w="100" w:type="dxa"/>
              <w:left w:w="110" w:type="dxa"/>
              <w:bottom w:w="100" w:type="dxa"/>
              <w:right w:w="110" w:type="dxa"/>
            </w:tcMar>
            <w:vAlign w:val="center"/>
          </w:tcPr>
          <w:p w14:paraId="3AFD9D39" w14:textId="77777777" w:rsidR="007572E7" w:rsidRDefault="00832EBB">
            <w:pPr>
              <w:spacing w:line="252" w:lineRule="auto"/>
            </w:pPr>
            <w:r>
              <w:rPr>
                <w:sz w:val="16"/>
              </w:rPr>
              <w:t>Kynttilänpäivä</w:t>
            </w:r>
          </w:p>
        </w:tc>
        <w:tc>
          <w:tcPr>
            <w:tcW w:w="6860" w:type="dxa"/>
            <w:shd w:val="clear" w:color="auto" w:fill="F3F6F8"/>
            <w:tcMar>
              <w:top w:w="100" w:type="dxa"/>
              <w:left w:w="110" w:type="dxa"/>
              <w:bottom w:w="100" w:type="dxa"/>
              <w:right w:w="110" w:type="dxa"/>
            </w:tcMar>
            <w:vAlign w:val="center"/>
          </w:tcPr>
          <w:p w14:paraId="18759E8D" w14:textId="77777777" w:rsidR="007572E7" w:rsidRPr="003163D2" w:rsidRDefault="00832EBB">
            <w:pPr>
              <w:spacing w:line="252" w:lineRule="auto"/>
              <w:rPr>
                <w:lang w:val="fi-FI"/>
              </w:rPr>
            </w:pPr>
            <w:r w:rsidRPr="003163D2">
              <w:rPr>
                <w:sz w:val="16"/>
                <w:lang w:val="fi-FI"/>
              </w:rPr>
              <w:t>Kirkon Ulkomaanavun katastrofirahastoon hätäavun antamiseksi ihmisten ja luonnon aiheuttamien kriisien uhreille.</w:t>
            </w:r>
          </w:p>
        </w:tc>
        <w:tc>
          <w:tcPr>
            <w:tcW w:w="3118" w:type="dxa"/>
            <w:shd w:val="clear" w:color="auto" w:fill="F3F6F8"/>
            <w:tcMar>
              <w:top w:w="100" w:type="dxa"/>
              <w:left w:w="110" w:type="dxa"/>
              <w:bottom w:w="100" w:type="dxa"/>
              <w:right w:w="110" w:type="dxa"/>
            </w:tcMar>
            <w:vAlign w:val="center"/>
          </w:tcPr>
          <w:p w14:paraId="0F4ED7EA" w14:textId="77777777" w:rsidR="007572E7" w:rsidRDefault="00832EBB">
            <w:pPr>
              <w:spacing w:line="252" w:lineRule="auto"/>
            </w:pPr>
            <w:r>
              <w:rPr>
                <w:sz w:val="16"/>
              </w:rPr>
              <w:t>Kirkon ulkomaanapu sr.</w:t>
            </w:r>
          </w:p>
        </w:tc>
      </w:tr>
      <w:tr w:rsidR="007572E7" w14:paraId="0BD8EF5D" w14:textId="77777777">
        <w:trPr>
          <w:cantSplit/>
          <w:jc w:val="center"/>
        </w:trPr>
        <w:tc>
          <w:tcPr>
            <w:tcW w:w="1587" w:type="dxa"/>
            <w:tcMar>
              <w:top w:w="100" w:type="dxa"/>
              <w:left w:w="110" w:type="dxa"/>
              <w:bottom w:w="100" w:type="dxa"/>
              <w:right w:w="110" w:type="dxa"/>
            </w:tcMar>
            <w:vAlign w:val="center"/>
          </w:tcPr>
          <w:p w14:paraId="6283FF1B" w14:textId="77777777" w:rsidR="007572E7" w:rsidRDefault="00832EBB">
            <w:pPr>
              <w:spacing w:line="252" w:lineRule="auto"/>
              <w:jc w:val="center"/>
            </w:pPr>
            <w:r>
              <w:rPr>
                <w:b/>
                <w:sz w:val="16"/>
              </w:rPr>
              <w:t>7.2.2027</w:t>
            </w:r>
          </w:p>
        </w:tc>
        <w:tc>
          <w:tcPr>
            <w:tcW w:w="3118" w:type="dxa"/>
            <w:tcMar>
              <w:top w:w="100" w:type="dxa"/>
              <w:left w:w="110" w:type="dxa"/>
              <w:bottom w:w="100" w:type="dxa"/>
              <w:right w:w="110" w:type="dxa"/>
            </w:tcMar>
            <w:vAlign w:val="center"/>
          </w:tcPr>
          <w:p w14:paraId="1DC76AC0" w14:textId="77777777" w:rsidR="007572E7" w:rsidRDefault="00832EBB">
            <w:pPr>
              <w:spacing w:line="252" w:lineRule="auto"/>
            </w:pPr>
            <w:r>
              <w:rPr>
                <w:sz w:val="16"/>
              </w:rPr>
              <w:t>Laskiasisunnuntai (Esto mihi)</w:t>
            </w:r>
          </w:p>
        </w:tc>
        <w:tc>
          <w:tcPr>
            <w:tcW w:w="6860" w:type="dxa"/>
            <w:tcMar>
              <w:top w:w="100" w:type="dxa"/>
              <w:left w:w="110" w:type="dxa"/>
              <w:bottom w:w="100" w:type="dxa"/>
              <w:right w:w="110" w:type="dxa"/>
            </w:tcMar>
            <w:vAlign w:val="center"/>
          </w:tcPr>
          <w:p w14:paraId="047A7D09" w14:textId="77777777" w:rsidR="007572E7" w:rsidRPr="003163D2" w:rsidRDefault="00832EBB">
            <w:pPr>
              <w:spacing w:line="252" w:lineRule="auto"/>
              <w:rPr>
                <w:lang w:val="fi-FI"/>
              </w:rPr>
            </w:pPr>
            <w:r w:rsidRPr="003163D2">
              <w:rPr>
                <w:sz w:val="16"/>
                <w:lang w:val="fi-FI"/>
              </w:rPr>
              <w:t>Yhteisvastuukeräyksen avaus, ihmisarvoisen vanhuuden puolustamiseksi ja kaikkein heikoimmassa asemassa olevien vanhusten tukemiseksi Suomessa ja maailman katastrofialueilla.</w:t>
            </w:r>
          </w:p>
        </w:tc>
        <w:tc>
          <w:tcPr>
            <w:tcW w:w="3118" w:type="dxa"/>
            <w:tcMar>
              <w:top w:w="100" w:type="dxa"/>
              <w:left w:w="110" w:type="dxa"/>
              <w:bottom w:w="100" w:type="dxa"/>
              <w:right w:w="110" w:type="dxa"/>
            </w:tcMar>
            <w:vAlign w:val="center"/>
          </w:tcPr>
          <w:p w14:paraId="02E1E4CC" w14:textId="77777777" w:rsidR="007572E7" w:rsidRDefault="00832EBB">
            <w:pPr>
              <w:spacing w:line="252" w:lineRule="auto"/>
            </w:pPr>
            <w:r>
              <w:rPr>
                <w:sz w:val="16"/>
              </w:rPr>
              <w:t>Yhteisvastuu, Kirkkopalvelut ry.</w:t>
            </w:r>
          </w:p>
        </w:tc>
      </w:tr>
      <w:tr w:rsidR="007572E7" w14:paraId="542A53A9" w14:textId="77777777">
        <w:trPr>
          <w:cantSplit/>
          <w:jc w:val="center"/>
        </w:trPr>
        <w:tc>
          <w:tcPr>
            <w:tcW w:w="1587" w:type="dxa"/>
            <w:shd w:val="clear" w:color="auto" w:fill="F3F6F8"/>
            <w:tcMar>
              <w:top w:w="100" w:type="dxa"/>
              <w:left w:w="110" w:type="dxa"/>
              <w:bottom w:w="100" w:type="dxa"/>
              <w:right w:w="110" w:type="dxa"/>
            </w:tcMar>
            <w:vAlign w:val="center"/>
          </w:tcPr>
          <w:p w14:paraId="4D2881D5" w14:textId="77777777" w:rsidR="007572E7" w:rsidRDefault="00832EBB">
            <w:pPr>
              <w:spacing w:line="252" w:lineRule="auto"/>
              <w:jc w:val="center"/>
            </w:pPr>
            <w:r>
              <w:rPr>
                <w:b/>
                <w:sz w:val="16"/>
              </w:rPr>
              <w:t>13.2.2027</w:t>
            </w:r>
          </w:p>
        </w:tc>
        <w:tc>
          <w:tcPr>
            <w:tcW w:w="3118" w:type="dxa"/>
            <w:shd w:val="clear" w:color="auto" w:fill="F3F6F8"/>
            <w:tcMar>
              <w:top w:w="100" w:type="dxa"/>
              <w:left w:w="110" w:type="dxa"/>
              <w:bottom w:w="100" w:type="dxa"/>
              <w:right w:w="110" w:type="dxa"/>
            </w:tcMar>
            <w:vAlign w:val="center"/>
          </w:tcPr>
          <w:p w14:paraId="1AB02FF5" w14:textId="77777777" w:rsidR="007572E7" w:rsidRDefault="00832EBB">
            <w:pPr>
              <w:spacing w:line="252" w:lineRule="auto"/>
            </w:pPr>
            <w:r>
              <w:rPr>
                <w:sz w:val="16"/>
              </w:rPr>
              <w:t>Tuhkakeskiviikko</w:t>
            </w:r>
          </w:p>
        </w:tc>
        <w:tc>
          <w:tcPr>
            <w:tcW w:w="6860" w:type="dxa"/>
            <w:shd w:val="clear" w:color="auto" w:fill="F3F6F8"/>
            <w:tcMar>
              <w:top w:w="100" w:type="dxa"/>
              <w:left w:w="110" w:type="dxa"/>
              <w:bottom w:w="100" w:type="dxa"/>
              <w:right w:w="110" w:type="dxa"/>
            </w:tcMar>
            <w:vAlign w:val="center"/>
          </w:tcPr>
          <w:p w14:paraId="44EAFD9C"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4B94D5A5" w14:textId="77777777" w:rsidR="007572E7" w:rsidRDefault="007572E7">
            <w:pPr>
              <w:spacing w:line="252" w:lineRule="auto"/>
            </w:pPr>
          </w:p>
        </w:tc>
      </w:tr>
      <w:tr w:rsidR="007572E7" w14:paraId="3F3463B8" w14:textId="77777777">
        <w:trPr>
          <w:cantSplit/>
          <w:jc w:val="center"/>
        </w:trPr>
        <w:tc>
          <w:tcPr>
            <w:tcW w:w="1587" w:type="dxa"/>
            <w:tcMar>
              <w:top w:w="100" w:type="dxa"/>
              <w:left w:w="110" w:type="dxa"/>
              <w:bottom w:w="100" w:type="dxa"/>
              <w:right w:w="110" w:type="dxa"/>
            </w:tcMar>
            <w:vAlign w:val="center"/>
          </w:tcPr>
          <w:p w14:paraId="0753B705" w14:textId="77777777" w:rsidR="007572E7" w:rsidRDefault="00832EBB">
            <w:pPr>
              <w:spacing w:line="252" w:lineRule="auto"/>
              <w:jc w:val="center"/>
            </w:pPr>
            <w:r>
              <w:rPr>
                <w:b/>
                <w:sz w:val="16"/>
              </w:rPr>
              <w:t>14.2.2027</w:t>
            </w:r>
          </w:p>
        </w:tc>
        <w:tc>
          <w:tcPr>
            <w:tcW w:w="3118" w:type="dxa"/>
            <w:tcMar>
              <w:top w:w="100" w:type="dxa"/>
              <w:left w:w="110" w:type="dxa"/>
              <w:bottom w:w="100" w:type="dxa"/>
              <w:right w:w="110" w:type="dxa"/>
            </w:tcMar>
            <w:vAlign w:val="center"/>
          </w:tcPr>
          <w:p w14:paraId="4AFB55AE" w14:textId="77777777" w:rsidR="007572E7" w:rsidRDefault="00832EBB">
            <w:pPr>
              <w:spacing w:line="252" w:lineRule="auto"/>
            </w:pPr>
            <w:r>
              <w:rPr>
                <w:sz w:val="16"/>
              </w:rPr>
              <w:t>1. paastonajan sunnuntai (Invocavit)</w:t>
            </w:r>
          </w:p>
        </w:tc>
        <w:tc>
          <w:tcPr>
            <w:tcW w:w="6860" w:type="dxa"/>
            <w:tcMar>
              <w:top w:w="100" w:type="dxa"/>
              <w:left w:w="110" w:type="dxa"/>
              <w:bottom w:w="100" w:type="dxa"/>
              <w:right w:w="110" w:type="dxa"/>
            </w:tcMar>
            <w:vAlign w:val="center"/>
          </w:tcPr>
          <w:p w14:paraId="3DEEC669" w14:textId="77777777" w:rsidR="007572E7" w:rsidRDefault="007572E7">
            <w:pPr>
              <w:spacing w:line="252" w:lineRule="auto"/>
            </w:pPr>
          </w:p>
        </w:tc>
        <w:tc>
          <w:tcPr>
            <w:tcW w:w="3118" w:type="dxa"/>
            <w:tcMar>
              <w:top w:w="100" w:type="dxa"/>
              <w:left w:w="110" w:type="dxa"/>
              <w:bottom w:w="100" w:type="dxa"/>
              <w:right w:w="110" w:type="dxa"/>
            </w:tcMar>
            <w:vAlign w:val="center"/>
          </w:tcPr>
          <w:p w14:paraId="3656B9AB" w14:textId="77777777" w:rsidR="007572E7" w:rsidRDefault="007572E7">
            <w:pPr>
              <w:spacing w:line="252" w:lineRule="auto"/>
            </w:pPr>
          </w:p>
        </w:tc>
      </w:tr>
      <w:tr w:rsidR="007572E7" w14:paraId="0C739318" w14:textId="77777777">
        <w:trPr>
          <w:cantSplit/>
          <w:jc w:val="center"/>
        </w:trPr>
        <w:tc>
          <w:tcPr>
            <w:tcW w:w="1587" w:type="dxa"/>
            <w:shd w:val="clear" w:color="auto" w:fill="F3F6F8"/>
            <w:tcMar>
              <w:top w:w="100" w:type="dxa"/>
              <w:left w:w="110" w:type="dxa"/>
              <w:bottom w:w="100" w:type="dxa"/>
              <w:right w:w="110" w:type="dxa"/>
            </w:tcMar>
            <w:vAlign w:val="center"/>
          </w:tcPr>
          <w:p w14:paraId="0AAFD3D1" w14:textId="77777777" w:rsidR="007572E7" w:rsidRDefault="00832EBB">
            <w:pPr>
              <w:spacing w:line="252" w:lineRule="auto"/>
              <w:jc w:val="center"/>
            </w:pPr>
            <w:r>
              <w:rPr>
                <w:b/>
                <w:sz w:val="16"/>
              </w:rPr>
              <w:t>21.2.2027</w:t>
            </w:r>
          </w:p>
        </w:tc>
        <w:tc>
          <w:tcPr>
            <w:tcW w:w="3118" w:type="dxa"/>
            <w:shd w:val="clear" w:color="auto" w:fill="F3F6F8"/>
            <w:tcMar>
              <w:top w:w="100" w:type="dxa"/>
              <w:left w:w="110" w:type="dxa"/>
              <w:bottom w:w="100" w:type="dxa"/>
              <w:right w:w="110" w:type="dxa"/>
            </w:tcMar>
            <w:vAlign w:val="center"/>
          </w:tcPr>
          <w:p w14:paraId="5560CFE0" w14:textId="77777777" w:rsidR="007572E7" w:rsidRDefault="00832EBB">
            <w:pPr>
              <w:spacing w:line="252" w:lineRule="auto"/>
            </w:pPr>
            <w:r>
              <w:rPr>
                <w:sz w:val="16"/>
              </w:rPr>
              <w:t>2. paastonajan sunnuntai (Reminiscere)</w:t>
            </w:r>
          </w:p>
        </w:tc>
        <w:tc>
          <w:tcPr>
            <w:tcW w:w="6860" w:type="dxa"/>
            <w:shd w:val="clear" w:color="auto" w:fill="F3F6F8"/>
            <w:tcMar>
              <w:top w:w="100" w:type="dxa"/>
              <w:left w:w="110" w:type="dxa"/>
              <w:bottom w:w="100" w:type="dxa"/>
              <w:right w:w="110" w:type="dxa"/>
            </w:tcMar>
            <w:vAlign w:val="center"/>
          </w:tcPr>
          <w:p w14:paraId="4E4F7A0D" w14:textId="77777777" w:rsidR="007572E7" w:rsidRPr="003163D2" w:rsidRDefault="00832EBB">
            <w:pPr>
              <w:spacing w:line="252" w:lineRule="auto"/>
              <w:rPr>
                <w:lang w:val="fi-FI"/>
              </w:rPr>
            </w:pPr>
            <w:r w:rsidRPr="003163D2">
              <w:rPr>
                <w:sz w:val="16"/>
                <w:lang w:val="fi-FI"/>
              </w:rPr>
              <w:t>Köyhien kirkkojen kasvuun ja kirkkojen työntekijöiden kouluttamiseen Suomen Lähetysseuran työn kautta.</w:t>
            </w:r>
          </w:p>
        </w:tc>
        <w:tc>
          <w:tcPr>
            <w:tcW w:w="3118" w:type="dxa"/>
            <w:shd w:val="clear" w:color="auto" w:fill="F3F6F8"/>
            <w:tcMar>
              <w:top w:w="100" w:type="dxa"/>
              <w:left w:w="110" w:type="dxa"/>
              <w:bottom w:w="100" w:type="dxa"/>
              <w:right w:w="110" w:type="dxa"/>
            </w:tcMar>
            <w:vAlign w:val="center"/>
          </w:tcPr>
          <w:p w14:paraId="6A024291" w14:textId="77777777" w:rsidR="007572E7" w:rsidRDefault="00832EBB">
            <w:pPr>
              <w:spacing w:line="252" w:lineRule="auto"/>
            </w:pPr>
            <w:r>
              <w:rPr>
                <w:sz w:val="16"/>
              </w:rPr>
              <w:t>Suomen Lähetysseura ry.</w:t>
            </w:r>
          </w:p>
        </w:tc>
      </w:tr>
      <w:tr w:rsidR="007572E7" w14:paraId="38BA0CD2" w14:textId="77777777">
        <w:trPr>
          <w:cantSplit/>
          <w:jc w:val="center"/>
        </w:trPr>
        <w:tc>
          <w:tcPr>
            <w:tcW w:w="1587" w:type="dxa"/>
            <w:tcMar>
              <w:top w:w="100" w:type="dxa"/>
              <w:left w:w="110" w:type="dxa"/>
              <w:bottom w:w="100" w:type="dxa"/>
              <w:right w:w="110" w:type="dxa"/>
            </w:tcMar>
            <w:vAlign w:val="center"/>
          </w:tcPr>
          <w:p w14:paraId="30C291B4" w14:textId="77777777" w:rsidR="007572E7" w:rsidRDefault="00832EBB">
            <w:pPr>
              <w:spacing w:line="252" w:lineRule="auto"/>
              <w:jc w:val="center"/>
            </w:pPr>
            <w:r>
              <w:rPr>
                <w:b/>
                <w:sz w:val="16"/>
              </w:rPr>
              <w:t>28.2.2027</w:t>
            </w:r>
          </w:p>
        </w:tc>
        <w:tc>
          <w:tcPr>
            <w:tcW w:w="3118" w:type="dxa"/>
            <w:tcMar>
              <w:top w:w="100" w:type="dxa"/>
              <w:left w:w="110" w:type="dxa"/>
              <w:bottom w:w="100" w:type="dxa"/>
              <w:right w:w="110" w:type="dxa"/>
            </w:tcMar>
            <w:vAlign w:val="center"/>
          </w:tcPr>
          <w:p w14:paraId="4BA4AF4B" w14:textId="77777777" w:rsidR="007572E7" w:rsidRDefault="00832EBB">
            <w:pPr>
              <w:spacing w:line="252" w:lineRule="auto"/>
            </w:pPr>
            <w:r>
              <w:rPr>
                <w:sz w:val="16"/>
              </w:rPr>
              <w:t>3. paastonajan sunnuntai (Oculi)</w:t>
            </w:r>
          </w:p>
        </w:tc>
        <w:tc>
          <w:tcPr>
            <w:tcW w:w="6860" w:type="dxa"/>
            <w:tcMar>
              <w:top w:w="100" w:type="dxa"/>
              <w:left w:w="110" w:type="dxa"/>
              <w:bottom w:w="100" w:type="dxa"/>
              <w:right w:w="110" w:type="dxa"/>
            </w:tcMar>
            <w:vAlign w:val="center"/>
          </w:tcPr>
          <w:p w14:paraId="788FB2E9" w14:textId="77777777" w:rsidR="007572E7" w:rsidRPr="003163D2" w:rsidRDefault="00832EBB">
            <w:pPr>
              <w:spacing w:line="252" w:lineRule="auto"/>
              <w:rPr>
                <w:lang w:val="fi-FI"/>
              </w:rPr>
            </w:pPr>
            <w:r w:rsidRPr="003163D2">
              <w:rPr>
                <w:sz w:val="16"/>
                <w:lang w:val="fi-FI"/>
              </w:rPr>
              <w:t>Kirkon kansainvälisen työn ja diakonian tukemiseen maailmalla.</w:t>
            </w:r>
          </w:p>
        </w:tc>
        <w:tc>
          <w:tcPr>
            <w:tcW w:w="3118" w:type="dxa"/>
            <w:tcMar>
              <w:top w:w="100" w:type="dxa"/>
              <w:left w:w="110" w:type="dxa"/>
              <w:bottom w:w="100" w:type="dxa"/>
              <w:right w:w="110" w:type="dxa"/>
            </w:tcMar>
            <w:vAlign w:val="center"/>
          </w:tcPr>
          <w:p w14:paraId="0F9E999B" w14:textId="77777777" w:rsidR="007572E7" w:rsidRDefault="00832EBB">
            <w:pPr>
              <w:spacing w:line="252" w:lineRule="auto"/>
            </w:pPr>
            <w:r>
              <w:rPr>
                <w:sz w:val="16"/>
              </w:rPr>
              <w:t>Viralliset lähetysjärjestöt tai KUA</w:t>
            </w:r>
          </w:p>
        </w:tc>
      </w:tr>
      <w:tr w:rsidR="007572E7" w14:paraId="3EBE53A2" w14:textId="77777777">
        <w:trPr>
          <w:cantSplit/>
          <w:jc w:val="center"/>
        </w:trPr>
        <w:tc>
          <w:tcPr>
            <w:tcW w:w="1587" w:type="dxa"/>
            <w:shd w:val="clear" w:color="auto" w:fill="F3F6F8"/>
            <w:tcMar>
              <w:top w:w="100" w:type="dxa"/>
              <w:left w:w="110" w:type="dxa"/>
              <w:bottom w:w="100" w:type="dxa"/>
              <w:right w:w="110" w:type="dxa"/>
            </w:tcMar>
            <w:vAlign w:val="center"/>
          </w:tcPr>
          <w:p w14:paraId="7AC70E9D" w14:textId="77777777" w:rsidR="007572E7" w:rsidRDefault="00832EBB">
            <w:pPr>
              <w:spacing w:line="252" w:lineRule="auto"/>
              <w:jc w:val="center"/>
            </w:pPr>
            <w:r>
              <w:rPr>
                <w:b/>
                <w:sz w:val="16"/>
              </w:rPr>
              <w:t>7.3.2027</w:t>
            </w:r>
          </w:p>
        </w:tc>
        <w:tc>
          <w:tcPr>
            <w:tcW w:w="3118" w:type="dxa"/>
            <w:shd w:val="clear" w:color="auto" w:fill="F3F6F8"/>
            <w:tcMar>
              <w:top w:w="100" w:type="dxa"/>
              <w:left w:w="110" w:type="dxa"/>
              <w:bottom w:w="100" w:type="dxa"/>
              <w:right w:w="110" w:type="dxa"/>
            </w:tcMar>
            <w:vAlign w:val="center"/>
          </w:tcPr>
          <w:p w14:paraId="1C7D5DA9" w14:textId="77777777" w:rsidR="007572E7" w:rsidRDefault="00832EBB">
            <w:pPr>
              <w:spacing w:line="252" w:lineRule="auto"/>
            </w:pPr>
            <w:r>
              <w:rPr>
                <w:sz w:val="16"/>
              </w:rPr>
              <w:t>4. paastonajan sunnuntai (Laetare)</w:t>
            </w:r>
          </w:p>
        </w:tc>
        <w:tc>
          <w:tcPr>
            <w:tcW w:w="6860" w:type="dxa"/>
            <w:shd w:val="clear" w:color="auto" w:fill="F3F6F8"/>
            <w:tcMar>
              <w:top w:w="100" w:type="dxa"/>
              <w:left w:w="110" w:type="dxa"/>
              <w:bottom w:w="100" w:type="dxa"/>
              <w:right w:w="110" w:type="dxa"/>
            </w:tcMar>
            <w:vAlign w:val="center"/>
          </w:tcPr>
          <w:p w14:paraId="49ABEEF1" w14:textId="77777777" w:rsidR="007572E7" w:rsidRPr="003163D2" w:rsidRDefault="00832EBB">
            <w:pPr>
              <w:spacing w:line="252" w:lineRule="auto"/>
              <w:rPr>
                <w:lang w:val="fi-FI"/>
              </w:rPr>
            </w:pPr>
            <w:r w:rsidRPr="003163D2">
              <w:rPr>
                <w:sz w:val="16"/>
                <w:lang w:val="fi-FI"/>
              </w:rPr>
              <w:t>Medialähetys Sanansaattajien kautta perheiden parissa tehtävään mediatyöhön Aasiassa.</w:t>
            </w:r>
          </w:p>
        </w:tc>
        <w:tc>
          <w:tcPr>
            <w:tcW w:w="3118" w:type="dxa"/>
            <w:shd w:val="clear" w:color="auto" w:fill="F3F6F8"/>
            <w:tcMar>
              <w:top w:w="100" w:type="dxa"/>
              <w:left w:w="110" w:type="dxa"/>
              <w:bottom w:w="100" w:type="dxa"/>
              <w:right w:w="110" w:type="dxa"/>
            </w:tcMar>
            <w:vAlign w:val="center"/>
          </w:tcPr>
          <w:p w14:paraId="1C85C242" w14:textId="77777777" w:rsidR="007572E7" w:rsidRDefault="00832EBB">
            <w:pPr>
              <w:spacing w:line="252" w:lineRule="auto"/>
            </w:pPr>
            <w:r>
              <w:rPr>
                <w:sz w:val="16"/>
              </w:rPr>
              <w:t>Medialähetys sanansaattajat ry.</w:t>
            </w:r>
          </w:p>
        </w:tc>
      </w:tr>
      <w:tr w:rsidR="007572E7" w14:paraId="6DE03598" w14:textId="77777777">
        <w:trPr>
          <w:cantSplit/>
          <w:jc w:val="center"/>
        </w:trPr>
        <w:tc>
          <w:tcPr>
            <w:tcW w:w="1587" w:type="dxa"/>
            <w:tcMar>
              <w:top w:w="100" w:type="dxa"/>
              <w:left w:w="110" w:type="dxa"/>
              <w:bottom w:w="100" w:type="dxa"/>
              <w:right w:w="110" w:type="dxa"/>
            </w:tcMar>
            <w:vAlign w:val="center"/>
          </w:tcPr>
          <w:p w14:paraId="24CFD6F2" w14:textId="77777777" w:rsidR="007572E7" w:rsidRDefault="00832EBB">
            <w:pPr>
              <w:spacing w:line="252" w:lineRule="auto"/>
              <w:jc w:val="center"/>
            </w:pPr>
            <w:r>
              <w:rPr>
                <w:b/>
                <w:sz w:val="16"/>
              </w:rPr>
              <w:t>14.3.2027</w:t>
            </w:r>
          </w:p>
        </w:tc>
        <w:tc>
          <w:tcPr>
            <w:tcW w:w="3118" w:type="dxa"/>
            <w:tcMar>
              <w:top w:w="100" w:type="dxa"/>
              <w:left w:w="110" w:type="dxa"/>
              <w:bottom w:w="100" w:type="dxa"/>
              <w:right w:w="110" w:type="dxa"/>
            </w:tcMar>
            <w:vAlign w:val="center"/>
          </w:tcPr>
          <w:p w14:paraId="7FF30861" w14:textId="77777777" w:rsidR="007572E7" w:rsidRPr="003163D2" w:rsidRDefault="00832EBB">
            <w:pPr>
              <w:spacing w:line="252" w:lineRule="auto"/>
              <w:rPr>
                <w:lang w:val="fi-FI"/>
              </w:rPr>
            </w:pPr>
            <w:r w:rsidRPr="003163D2">
              <w:rPr>
                <w:sz w:val="16"/>
                <w:lang w:val="fi-FI"/>
              </w:rPr>
              <w:t>5. paastonajan sunnuntai (Judica), Marian ilmestyspäivä</w:t>
            </w:r>
          </w:p>
        </w:tc>
        <w:tc>
          <w:tcPr>
            <w:tcW w:w="6860" w:type="dxa"/>
            <w:tcMar>
              <w:top w:w="100" w:type="dxa"/>
              <w:left w:w="110" w:type="dxa"/>
              <w:bottom w:w="100" w:type="dxa"/>
              <w:right w:w="110" w:type="dxa"/>
            </w:tcMar>
            <w:vAlign w:val="center"/>
          </w:tcPr>
          <w:p w14:paraId="43E14296" w14:textId="77777777" w:rsidR="007572E7" w:rsidRPr="003163D2" w:rsidRDefault="00832EBB">
            <w:pPr>
              <w:spacing w:line="252" w:lineRule="auto"/>
              <w:rPr>
                <w:lang w:val="fi-FI"/>
              </w:rPr>
            </w:pPr>
            <w:r w:rsidRPr="003163D2">
              <w:rPr>
                <w:sz w:val="16"/>
                <w:lang w:val="fi-FI"/>
              </w:rPr>
              <w:t>Herättäjä-Yhdistyksen lapsi-, nuoriso- ja opiskelijatyöhön.</w:t>
            </w:r>
          </w:p>
        </w:tc>
        <w:tc>
          <w:tcPr>
            <w:tcW w:w="3118" w:type="dxa"/>
            <w:tcMar>
              <w:top w:w="100" w:type="dxa"/>
              <w:left w:w="110" w:type="dxa"/>
              <w:bottom w:w="100" w:type="dxa"/>
              <w:right w:w="110" w:type="dxa"/>
            </w:tcMar>
            <w:vAlign w:val="center"/>
          </w:tcPr>
          <w:p w14:paraId="5CE0DF30" w14:textId="77777777" w:rsidR="007572E7" w:rsidRDefault="00832EBB">
            <w:pPr>
              <w:spacing w:line="252" w:lineRule="auto"/>
            </w:pPr>
            <w:r>
              <w:rPr>
                <w:sz w:val="16"/>
              </w:rPr>
              <w:t>Herättäjä-Yhdistys ry.</w:t>
            </w:r>
          </w:p>
        </w:tc>
      </w:tr>
      <w:tr w:rsidR="007572E7" w14:paraId="12D32827" w14:textId="77777777">
        <w:trPr>
          <w:cantSplit/>
          <w:jc w:val="center"/>
        </w:trPr>
        <w:tc>
          <w:tcPr>
            <w:tcW w:w="1587" w:type="dxa"/>
            <w:shd w:val="clear" w:color="auto" w:fill="F3F6F8"/>
            <w:tcMar>
              <w:top w:w="100" w:type="dxa"/>
              <w:left w:w="110" w:type="dxa"/>
              <w:bottom w:w="100" w:type="dxa"/>
              <w:right w:w="110" w:type="dxa"/>
            </w:tcMar>
            <w:vAlign w:val="center"/>
          </w:tcPr>
          <w:p w14:paraId="378ADE19" w14:textId="77777777" w:rsidR="007572E7" w:rsidRDefault="00832EBB">
            <w:pPr>
              <w:spacing w:line="252" w:lineRule="auto"/>
              <w:jc w:val="center"/>
            </w:pPr>
            <w:r>
              <w:rPr>
                <w:b/>
                <w:sz w:val="16"/>
              </w:rPr>
              <w:t>21.3.2027</w:t>
            </w:r>
          </w:p>
        </w:tc>
        <w:tc>
          <w:tcPr>
            <w:tcW w:w="3118" w:type="dxa"/>
            <w:shd w:val="clear" w:color="auto" w:fill="F3F6F8"/>
            <w:tcMar>
              <w:top w:w="100" w:type="dxa"/>
              <w:left w:w="110" w:type="dxa"/>
              <w:bottom w:w="100" w:type="dxa"/>
              <w:right w:w="110" w:type="dxa"/>
            </w:tcMar>
            <w:vAlign w:val="center"/>
          </w:tcPr>
          <w:p w14:paraId="347644B4" w14:textId="77777777" w:rsidR="007572E7" w:rsidRDefault="00832EBB">
            <w:pPr>
              <w:spacing w:line="252" w:lineRule="auto"/>
            </w:pPr>
            <w:r>
              <w:rPr>
                <w:sz w:val="16"/>
              </w:rPr>
              <w:t>Palmusunnuntai</w:t>
            </w:r>
          </w:p>
        </w:tc>
        <w:tc>
          <w:tcPr>
            <w:tcW w:w="6860" w:type="dxa"/>
            <w:shd w:val="clear" w:color="auto" w:fill="F3F6F8"/>
            <w:tcMar>
              <w:top w:w="100" w:type="dxa"/>
              <w:left w:w="110" w:type="dxa"/>
              <w:bottom w:w="100" w:type="dxa"/>
              <w:right w:w="110" w:type="dxa"/>
            </w:tcMar>
            <w:vAlign w:val="center"/>
          </w:tcPr>
          <w:p w14:paraId="423EFE0F" w14:textId="77777777" w:rsidR="007572E7" w:rsidRPr="003163D2" w:rsidRDefault="00832EBB">
            <w:pPr>
              <w:spacing w:line="252" w:lineRule="auto"/>
              <w:rPr>
                <w:lang w:val="fi-FI"/>
              </w:rPr>
            </w:pPr>
            <w:r w:rsidRPr="003163D2">
              <w:rPr>
                <w:sz w:val="16"/>
                <w:lang w:val="fi-FI"/>
              </w:rPr>
              <w:t>Suomen Lähetysseuran humanitaariseen työhön, jolla on tuettu esimerkiksi Ukrainan ja Gazan sodissa kärsineitä.</w:t>
            </w:r>
          </w:p>
        </w:tc>
        <w:tc>
          <w:tcPr>
            <w:tcW w:w="3118" w:type="dxa"/>
            <w:shd w:val="clear" w:color="auto" w:fill="F3F6F8"/>
            <w:tcMar>
              <w:top w:w="100" w:type="dxa"/>
              <w:left w:w="110" w:type="dxa"/>
              <w:bottom w:w="100" w:type="dxa"/>
              <w:right w:w="110" w:type="dxa"/>
            </w:tcMar>
            <w:vAlign w:val="center"/>
          </w:tcPr>
          <w:p w14:paraId="69DBD776" w14:textId="77777777" w:rsidR="007572E7" w:rsidRDefault="00832EBB">
            <w:pPr>
              <w:spacing w:line="252" w:lineRule="auto"/>
            </w:pPr>
            <w:r>
              <w:rPr>
                <w:sz w:val="16"/>
              </w:rPr>
              <w:t>Suomen Lähetysseura ry.</w:t>
            </w:r>
          </w:p>
        </w:tc>
      </w:tr>
      <w:tr w:rsidR="007572E7" w14:paraId="19C59DAF" w14:textId="77777777">
        <w:trPr>
          <w:cantSplit/>
          <w:jc w:val="center"/>
        </w:trPr>
        <w:tc>
          <w:tcPr>
            <w:tcW w:w="1587" w:type="dxa"/>
            <w:tcMar>
              <w:top w:w="100" w:type="dxa"/>
              <w:left w:w="110" w:type="dxa"/>
              <w:bottom w:w="100" w:type="dxa"/>
              <w:right w:w="110" w:type="dxa"/>
            </w:tcMar>
            <w:vAlign w:val="center"/>
          </w:tcPr>
          <w:p w14:paraId="4F45A8C3" w14:textId="77777777" w:rsidR="007572E7" w:rsidRDefault="00832EBB">
            <w:pPr>
              <w:spacing w:line="252" w:lineRule="auto"/>
              <w:jc w:val="center"/>
            </w:pPr>
            <w:r>
              <w:rPr>
                <w:b/>
                <w:sz w:val="16"/>
              </w:rPr>
              <w:lastRenderedPageBreak/>
              <w:t>22.3.2027</w:t>
            </w:r>
          </w:p>
        </w:tc>
        <w:tc>
          <w:tcPr>
            <w:tcW w:w="3118" w:type="dxa"/>
            <w:tcMar>
              <w:top w:w="100" w:type="dxa"/>
              <w:left w:w="110" w:type="dxa"/>
              <w:bottom w:w="100" w:type="dxa"/>
              <w:right w:w="110" w:type="dxa"/>
            </w:tcMar>
            <w:vAlign w:val="center"/>
          </w:tcPr>
          <w:p w14:paraId="7B985DD4" w14:textId="77777777" w:rsidR="007572E7" w:rsidRDefault="00832EBB">
            <w:pPr>
              <w:spacing w:line="252" w:lineRule="auto"/>
            </w:pPr>
            <w:r>
              <w:rPr>
                <w:sz w:val="16"/>
              </w:rPr>
              <w:t>Hiljaisen viikon maanantai</w:t>
            </w:r>
          </w:p>
        </w:tc>
        <w:tc>
          <w:tcPr>
            <w:tcW w:w="6860" w:type="dxa"/>
            <w:tcMar>
              <w:top w:w="100" w:type="dxa"/>
              <w:left w:w="110" w:type="dxa"/>
              <w:bottom w:w="100" w:type="dxa"/>
              <w:right w:w="110" w:type="dxa"/>
            </w:tcMar>
            <w:vAlign w:val="center"/>
          </w:tcPr>
          <w:p w14:paraId="45FB0818" w14:textId="77777777" w:rsidR="007572E7" w:rsidRDefault="007572E7">
            <w:pPr>
              <w:spacing w:line="252" w:lineRule="auto"/>
            </w:pPr>
          </w:p>
        </w:tc>
        <w:tc>
          <w:tcPr>
            <w:tcW w:w="3118" w:type="dxa"/>
            <w:tcMar>
              <w:top w:w="100" w:type="dxa"/>
              <w:left w:w="110" w:type="dxa"/>
              <w:bottom w:w="100" w:type="dxa"/>
              <w:right w:w="110" w:type="dxa"/>
            </w:tcMar>
            <w:vAlign w:val="center"/>
          </w:tcPr>
          <w:p w14:paraId="049F31CB" w14:textId="77777777" w:rsidR="007572E7" w:rsidRDefault="007572E7">
            <w:pPr>
              <w:spacing w:line="252" w:lineRule="auto"/>
            </w:pPr>
          </w:p>
        </w:tc>
      </w:tr>
      <w:tr w:rsidR="007572E7" w14:paraId="4B963701" w14:textId="77777777">
        <w:trPr>
          <w:cantSplit/>
          <w:jc w:val="center"/>
        </w:trPr>
        <w:tc>
          <w:tcPr>
            <w:tcW w:w="1587" w:type="dxa"/>
            <w:shd w:val="clear" w:color="auto" w:fill="F3F6F8"/>
            <w:tcMar>
              <w:top w:w="100" w:type="dxa"/>
              <w:left w:w="110" w:type="dxa"/>
              <w:bottom w:w="100" w:type="dxa"/>
              <w:right w:w="110" w:type="dxa"/>
            </w:tcMar>
            <w:vAlign w:val="center"/>
          </w:tcPr>
          <w:p w14:paraId="0512CAE3" w14:textId="77777777" w:rsidR="007572E7" w:rsidRDefault="00832EBB">
            <w:pPr>
              <w:spacing w:line="252" w:lineRule="auto"/>
              <w:jc w:val="center"/>
            </w:pPr>
            <w:r>
              <w:rPr>
                <w:b/>
                <w:sz w:val="16"/>
              </w:rPr>
              <w:t>23.3.2027</w:t>
            </w:r>
          </w:p>
        </w:tc>
        <w:tc>
          <w:tcPr>
            <w:tcW w:w="3118" w:type="dxa"/>
            <w:shd w:val="clear" w:color="auto" w:fill="F3F6F8"/>
            <w:tcMar>
              <w:top w:w="100" w:type="dxa"/>
              <w:left w:w="110" w:type="dxa"/>
              <w:bottom w:w="100" w:type="dxa"/>
              <w:right w:w="110" w:type="dxa"/>
            </w:tcMar>
            <w:vAlign w:val="center"/>
          </w:tcPr>
          <w:p w14:paraId="3FFE3803" w14:textId="77777777" w:rsidR="007572E7" w:rsidRDefault="00832EBB">
            <w:pPr>
              <w:spacing w:line="252" w:lineRule="auto"/>
            </w:pPr>
            <w:r>
              <w:rPr>
                <w:sz w:val="16"/>
              </w:rPr>
              <w:t>Hiljaisen viikon tiistai</w:t>
            </w:r>
          </w:p>
        </w:tc>
        <w:tc>
          <w:tcPr>
            <w:tcW w:w="6860" w:type="dxa"/>
            <w:shd w:val="clear" w:color="auto" w:fill="F3F6F8"/>
            <w:tcMar>
              <w:top w:w="100" w:type="dxa"/>
              <w:left w:w="110" w:type="dxa"/>
              <w:bottom w:w="100" w:type="dxa"/>
              <w:right w:w="110" w:type="dxa"/>
            </w:tcMar>
            <w:vAlign w:val="center"/>
          </w:tcPr>
          <w:p w14:paraId="53128261"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62486C05" w14:textId="77777777" w:rsidR="007572E7" w:rsidRDefault="007572E7">
            <w:pPr>
              <w:spacing w:line="252" w:lineRule="auto"/>
            </w:pPr>
          </w:p>
        </w:tc>
      </w:tr>
      <w:tr w:rsidR="007572E7" w14:paraId="412491E4" w14:textId="77777777">
        <w:trPr>
          <w:cantSplit/>
          <w:jc w:val="center"/>
        </w:trPr>
        <w:tc>
          <w:tcPr>
            <w:tcW w:w="1587" w:type="dxa"/>
            <w:tcMar>
              <w:top w:w="100" w:type="dxa"/>
              <w:left w:w="110" w:type="dxa"/>
              <w:bottom w:w="100" w:type="dxa"/>
              <w:right w:w="110" w:type="dxa"/>
            </w:tcMar>
            <w:vAlign w:val="center"/>
          </w:tcPr>
          <w:p w14:paraId="328FE751" w14:textId="77777777" w:rsidR="007572E7" w:rsidRDefault="00832EBB">
            <w:pPr>
              <w:spacing w:line="252" w:lineRule="auto"/>
              <w:jc w:val="center"/>
            </w:pPr>
            <w:r>
              <w:rPr>
                <w:b/>
                <w:sz w:val="16"/>
              </w:rPr>
              <w:t>24.3.2027</w:t>
            </w:r>
          </w:p>
        </w:tc>
        <w:tc>
          <w:tcPr>
            <w:tcW w:w="3118" w:type="dxa"/>
            <w:tcMar>
              <w:top w:w="100" w:type="dxa"/>
              <w:left w:w="110" w:type="dxa"/>
              <w:bottom w:w="100" w:type="dxa"/>
              <w:right w:w="110" w:type="dxa"/>
            </w:tcMar>
            <w:vAlign w:val="center"/>
          </w:tcPr>
          <w:p w14:paraId="0EECA7CA" w14:textId="77777777" w:rsidR="007572E7" w:rsidRDefault="00832EBB">
            <w:pPr>
              <w:spacing w:line="252" w:lineRule="auto"/>
            </w:pPr>
            <w:r>
              <w:rPr>
                <w:sz w:val="16"/>
              </w:rPr>
              <w:t>Hiljaisen viikon keskiviikko</w:t>
            </w:r>
          </w:p>
        </w:tc>
        <w:tc>
          <w:tcPr>
            <w:tcW w:w="6860" w:type="dxa"/>
            <w:tcMar>
              <w:top w:w="100" w:type="dxa"/>
              <w:left w:w="110" w:type="dxa"/>
              <w:bottom w:w="100" w:type="dxa"/>
              <w:right w:w="110" w:type="dxa"/>
            </w:tcMar>
            <w:vAlign w:val="center"/>
          </w:tcPr>
          <w:p w14:paraId="4101652C" w14:textId="77777777" w:rsidR="007572E7" w:rsidRDefault="007572E7">
            <w:pPr>
              <w:spacing w:line="252" w:lineRule="auto"/>
            </w:pPr>
          </w:p>
        </w:tc>
        <w:tc>
          <w:tcPr>
            <w:tcW w:w="3118" w:type="dxa"/>
            <w:tcMar>
              <w:top w:w="100" w:type="dxa"/>
              <w:left w:w="110" w:type="dxa"/>
              <w:bottom w:w="100" w:type="dxa"/>
              <w:right w:w="110" w:type="dxa"/>
            </w:tcMar>
            <w:vAlign w:val="center"/>
          </w:tcPr>
          <w:p w14:paraId="4B99056E" w14:textId="77777777" w:rsidR="007572E7" w:rsidRDefault="007572E7">
            <w:pPr>
              <w:spacing w:line="252" w:lineRule="auto"/>
            </w:pPr>
          </w:p>
        </w:tc>
      </w:tr>
      <w:tr w:rsidR="007572E7" w14:paraId="05BD0957" w14:textId="77777777">
        <w:trPr>
          <w:cantSplit/>
          <w:jc w:val="center"/>
        </w:trPr>
        <w:tc>
          <w:tcPr>
            <w:tcW w:w="1587" w:type="dxa"/>
            <w:shd w:val="clear" w:color="auto" w:fill="F3F6F8"/>
            <w:tcMar>
              <w:top w:w="100" w:type="dxa"/>
              <w:left w:w="110" w:type="dxa"/>
              <w:bottom w:w="100" w:type="dxa"/>
              <w:right w:w="110" w:type="dxa"/>
            </w:tcMar>
            <w:vAlign w:val="center"/>
          </w:tcPr>
          <w:p w14:paraId="7230B92E" w14:textId="77777777" w:rsidR="007572E7" w:rsidRDefault="00832EBB">
            <w:pPr>
              <w:spacing w:line="252" w:lineRule="auto"/>
              <w:jc w:val="center"/>
            </w:pPr>
            <w:r>
              <w:rPr>
                <w:b/>
                <w:sz w:val="16"/>
              </w:rPr>
              <w:t>25.3.2027</w:t>
            </w:r>
          </w:p>
        </w:tc>
        <w:tc>
          <w:tcPr>
            <w:tcW w:w="3118" w:type="dxa"/>
            <w:shd w:val="clear" w:color="auto" w:fill="F3F6F8"/>
            <w:tcMar>
              <w:top w:w="100" w:type="dxa"/>
              <w:left w:w="110" w:type="dxa"/>
              <w:bottom w:w="100" w:type="dxa"/>
              <w:right w:w="110" w:type="dxa"/>
            </w:tcMar>
            <w:vAlign w:val="center"/>
          </w:tcPr>
          <w:p w14:paraId="77D849B2" w14:textId="77777777" w:rsidR="007572E7" w:rsidRDefault="00832EBB">
            <w:pPr>
              <w:spacing w:line="252" w:lineRule="auto"/>
            </w:pPr>
            <w:r>
              <w:rPr>
                <w:sz w:val="16"/>
              </w:rPr>
              <w:t>Kiirastorstai</w:t>
            </w:r>
          </w:p>
        </w:tc>
        <w:tc>
          <w:tcPr>
            <w:tcW w:w="6860" w:type="dxa"/>
            <w:shd w:val="clear" w:color="auto" w:fill="F3F6F8"/>
            <w:tcMar>
              <w:top w:w="100" w:type="dxa"/>
              <w:left w:w="110" w:type="dxa"/>
              <w:bottom w:w="100" w:type="dxa"/>
              <w:right w:w="110" w:type="dxa"/>
            </w:tcMar>
            <w:vAlign w:val="center"/>
          </w:tcPr>
          <w:p w14:paraId="1299C43A"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4DDBEF00" w14:textId="77777777" w:rsidR="007572E7" w:rsidRDefault="007572E7">
            <w:pPr>
              <w:spacing w:line="252" w:lineRule="auto"/>
            </w:pPr>
          </w:p>
        </w:tc>
      </w:tr>
      <w:tr w:rsidR="007572E7" w14:paraId="07564CC8" w14:textId="77777777">
        <w:trPr>
          <w:cantSplit/>
          <w:jc w:val="center"/>
        </w:trPr>
        <w:tc>
          <w:tcPr>
            <w:tcW w:w="1587" w:type="dxa"/>
            <w:tcMar>
              <w:top w:w="100" w:type="dxa"/>
              <w:left w:w="110" w:type="dxa"/>
              <w:bottom w:w="100" w:type="dxa"/>
              <w:right w:w="110" w:type="dxa"/>
            </w:tcMar>
            <w:vAlign w:val="center"/>
          </w:tcPr>
          <w:p w14:paraId="3F140340" w14:textId="77777777" w:rsidR="007572E7" w:rsidRDefault="00832EBB">
            <w:pPr>
              <w:spacing w:line="252" w:lineRule="auto"/>
              <w:jc w:val="center"/>
            </w:pPr>
            <w:r>
              <w:rPr>
                <w:b/>
                <w:sz w:val="16"/>
              </w:rPr>
              <w:t>26.3.2027</w:t>
            </w:r>
          </w:p>
        </w:tc>
        <w:tc>
          <w:tcPr>
            <w:tcW w:w="3118" w:type="dxa"/>
            <w:tcMar>
              <w:top w:w="100" w:type="dxa"/>
              <w:left w:w="110" w:type="dxa"/>
              <w:bottom w:w="100" w:type="dxa"/>
              <w:right w:w="110" w:type="dxa"/>
            </w:tcMar>
            <w:vAlign w:val="center"/>
          </w:tcPr>
          <w:p w14:paraId="5ADA5A72" w14:textId="77777777" w:rsidR="007572E7" w:rsidRDefault="00832EBB">
            <w:pPr>
              <w:spacing w:line="252" w:lineRule="auto"/>
            </w:pPr>
            <w:r>
              <w:rPr>
                <w:sz w:val="16"/>
              </w:rPr>
              <w:t>Pitkäperjantai</w:t>
            </w:r>
          </w:p>
        </w:tc>
        <w:tc>
          <w:tcPr>
            <w:tcW w:w="6860" w:type="dxa"/>
            <w:tcMar>
              <w:top w:w="100" w:type="dxa"/>
              <w:left w:w="110" w:type="dxa"/>
              <w:bottom w:w="100" w:type="dxa"/>
              <w:right w:w="110" w:type="dxa"/>
            </w:tcMar>
            <w:vAlign w:val="center"/>
          </w:tcPr>
          <w:p w14:paraId="3461D779" w14:textId="77777777" w:rsidR="007572E7" w:rsidRDefault="007572E7">
            <w:pPr>
              <w:spacing w:line="252" w:lineRule="auto"/>
            </w:pPr>
          </w:p>
        </w:tc>
        <w:tc>
          <w:tcPr>
            <w:tcW w:w="3118" w:type="dxa"/>
            <w:tcMar>
              <w:top w:w="100" w:type="dxa"/>
              <w:left w:w="110" w:type="dxa"/>
              <w:bottom w:w="100" w:type="dxa"/>
              <w:right w:w="110" w:type="dxa"/>
            </w:tcMar>
            <w:vAlign w:val="center"/>
          </w:tcPr>
          <w:p w14:paraId="3CF2D8B6" w14:textId="77777777" w:rsidR="007572E7" w:rsidRDefault="007572E7">
            <w:pPr>
              <w:spacing w:line="252" w:lineRule="auto"/>
            </w:pPr>
          </w:p>
        </w:tc>
      </w:tr>
      <w:tr w:rsidR="007572E7" w14:paraId="51FCF20F" w14:textId="77777777">
        <w:trPr>
          <w:cantSplit/>
          <w:jc w:val="center"/>
        </w:trPr>
        <w:tc>
          <w:tcPr>
            <w:tcW w:w="1587" w:type="dxa"/>
            <w:shd w:val="clear" w:color="auto" w:fill="F3F6F8"/>
            <w:tcMar>
              <w:top w:w="100" w:type="dxa"/>
              <w:left w:w="110" w:type="dxa"/>
              <w:bottom w:w="100" w:type="dxa"/>
              <w:right w:w="110" w:type="dxa"/>
            </w:tcMar>
            <w:vAlign w:val="center"/>
          </w:tcPr>
          <w:p w14:paraId="7169F4F3" w14:textId="77777777" w:rsidR="007572E7" w:rsidRDefault="00832EBB">
            <w:pPr>
              <w:spacing w:line="252" w:lineRule="auto"/>
              <w:jc w:val="center"/>
            </w:pPr>
            <w:r>
              <w:rPr>
                <w:b/>
                <w:sz w:val="16"/>
              </w:rPr>
              <w:t>26.3.2027</w:t>
            </w:r>
          </w:p>
        </w:tc>
        <w:tc>
          <w:tcPr>
            <w:tcW w:w="3118" w:type="dxa"/>
            <w:shd w:val="clear" w:color="auto" w:fill="F3F6F8"/>
            <w:tcMar>
              <w:top w:w="100" w:type="dxa"/>
              <w:left w:w="110" w:type="dxa"/>
              <w:bottom w:w="100" w:type="dxa"/>
              <w:right w:w="110" w:type="dxa"/>
            </w:tcMar>
            <w:vAlign w:val="center"/>
          </w:tcPr>
          <w:p w14:paraId="482CF117" w14:textId="77777777" w:rsidR="007572E7" w:rsidRDefault="00832EBB">
            <w:pPr>
              <w:spacing w:line="252" w:lineRule="auto"/>
            </w:pPr>
            <w:r>
              <w:rPr>
                <w:sz w:val="16"/>
              </w:rPr>
              <w:t>Jeesuksen kuolinhetki</w:t>
            </w:r>
          </w:p>
        </w:tc>
        <w:tc>
          <w:tcPr>
            <w:tcW w:w="6860" w:type="dxa"/>
            <w:shd w:val="clear" w:color="auto" w:fill="F3F6F8"/>
            <w:tcMar>
              <w:top w:w="100" w:type="dxa"/>
              <w:left w:w="110" w:type="dxa"/>
              <w:bottom w:w="100" w:type="dxa"/>
              <w:right w:w="110" w:type="dxa"/>
            </w:tcMar>
            <w:vAlign w:val="center"/>
          </w:tcPr>
          <w:p w14:paraId="0FB78278"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1FC39945" w14:textId="77777777" w:rsidR="007572E7" w:rsidRDefault="007572E7">
            <w:pPr>
              <w:spacing w:line="252" w:lineRule="auto"/>
            </w:pPr>
          </w:p>
        </w:tc>
      </w:tr>
      <w:tr w:rsidR="007572E7" w14:paraId="6DB47D12" w14:textId="77777777">
        <w:trPr>
          <w:cantSplit/>
          <w:jc w:val="center"/>
        </w:trPr>
        <w:tc>
          <w:tcPr>
            <w:tcW w:w="1587" w:type="dxa"/>
            <w:tcMar>
              <w:top w:w="100" w:type="dxa"/>
              <w:left w:w="110" w:type="dxa"/>
              <w:bottom w:w="100" w:type="dxa"/>
              <w:right w:w="110" w:type="dxa"/>
            </w:tcMar>
            <w:vAlign w:val="center"/>
          </w:tcPr>
          <w:p w14:paraId="261C923D" w14:textId="77777777" w:rsidR="007572E7" w:rsidRDefault="00832EBB">
            <w:pPr>
              <w:spacing w:line="252" w:lineRule="auto"/>
              <w:jc w:val="center"/>
            </w:pPr>
            <w:r>
              <w:rPr>
                <w:b/>
                <w:sz w:val="16"/>
              </w:rPr>
              <w:t>26.3.2027</w:t>
            </w:r>
          </w:p>
        </w:tc>
        <w:tc>
          <w:tcPr>
            <w:tcW w:w="3118" w:type="dxa"/>
            <w:tcMar>
              <w:top w:w="100" w:type="dxa"/>
              <w:left w:w="110" w:type="dxa"/>
              <w:bottom w:w="100" w:type="dxa"/>
              <w:right w:w="110" w:type="dxa"/>
            </w:tcMar>
            <w:vAlign w:val="center"/>
          </w:tcPr>
          <w:p w14:paraId="0F489A7C" w14:textId="77777777" w:rsidR="007572E7" w:rsidRDefault="00832EBB">
            <w:pPr>
              <w:spacing w:line="252" w:lineRule="auto"/>
            </w:pPr>
            <w:r>
              <w:rPr>
                <w:sz w:val="16"/>
              </w:rPr>
              <w:t>Pitkäperjantain ilta</w:t>
            </w:r>
          </w:p>
        </w:tc>
        <w:tc>
          <w:tcPr>
            <w:tcW w:w="6860" w:type="dxa"/>
            <w:tcMar>
              <w:top w:w="100" w:type="dxa"/>
              <w:left w:w="110" w:type="dxa"/>
              <w:bottom w:w="100" w:type="dxa"/>
              <w:right w:w="110" w:type="dxa"/>
            </w:tcMar>
            <w:vAlign w:val="center"/>
          </w:tcPr>
          <w:p w14:paraId="0562CB0E" w14:textId="77777777" w:rsidR="007572E7" w:rsidRDefault="007572E7">
            <w:pPr>
              <w:spacing w:line="252" w:lineRule="auto"/>
            </w:pPr>
          </w:p>
        </w:tc>
        <w:tc>
          <w:tcPr>
            <w:tcW w:w="3118" w:type="dxa"/>
            <w:tcMar>
              <w:top w:w="100" w:type="dxa"/>
              <w:left w:w="110" w:type="dxa"/>
              <w:bottom w:w="100" w:type="dxa"/>
              <w:right w:w="110" w:type="dxa"/>
            </w:tcMar>
            <w:vAlign w:val="center"/>
          </w:tcPr>
          <w:p w14:paraId="34CE0A41" w14:textId="77777777" w:rsidR="007572E7" w:rsidRDefault="007572E7">
            <w:pPr>
              <w:spacing w:line="252" w:lineRule="auto"/>
            </w:pPr>
          </w:p>
        </w:tc>
      </w:tr>
      <w:tr w:rsidR="007572E7" w14:paraId="72FF4E04" w14:textId="77777777">
        <w:trPr>
          <w:cantSplit/>
          <w:jc w:val="center"/>
        </w:trPr>
        <w:tc>
          <w:tcPr>
            <w:tcW w:w="1587" w:type="dxa"/>
            <w:shd w:val="clear" w:color="auto" w:fill="F3F6F8"/>
            <w:tcMar>
              <w:top w:w="100" w:type="dxa"/>
              <w:left w:w="110" w:type="dxa"/>
              <w:bottom w:w="100" w:type="dxa"/>
              <w:right w:w="110" w:type="dxa"/>
            </w:tcMar>
            <w:vAlign w:val="center"/>
          </w:tcPr>
          <w:p w14:paraId="048F946B" w14:textId="77777777" w:rsidR="007572E7" w:rsidRDefault="00832EBB">
            <w:pPr>
              <w:spacing w:line="252" w:lineRule="auto"/>
              <w:jc w:val="center"/>
            </w:pPr>
            <w:r>
              <w:rPr>
                <w:b/>
                <w:sz w:val="16"/>
              </w:rPr>
              <w:t>27.3.2027</w:t>
            </w:r>
          </w:p>
        </w:tc>
        <w:tc>
          <w:tcPr>
            <w:tcW w:w="3118" w:type="dxa"/>
            <w:shd w:val="clear" w:color="auto" w:fill="F3F6F8"/>
            <w:tcMar>
              <w:top w:w="100" w:type="dxa"/>
              <w:left w:w="110" w:type="dxa"/>
              <w:bottom w:w="100" w:type="dxa"/>
              <w:right w:w="110" w:type="dxa"/>
            </w:tcMar>
            <w:vAlign w:val="center"/>
          </w:tcPr>
          <w:p w14:paraId="369E6BC8" w14:textId="77777777" w:rsidR="007572E7" w:rsidRDefault="00832EBB">
            <w:pPr>
              <w:spacing w:line="252" w:lineRule="auto"/>
            </w:pPr>
            <w:r>
              <w:rPr>
                <w:sz w:val="16"/>
              </w:rPr>
              <w:t>Hiljainen lauantai</w:t>
            </w:r>
          </w:p>
        </w:tc>
        <w:tc>
          <w:tcPr>
            <w:tcW w:w="6860" w:type="dxa"/>
            <w:shd w:val="clear" w:color="auto" w:fill="F3F6F8"/>
            <w:tcMar>
              <w:top w:w="100" w:type="dxa"/>
              <w:left w:w="110" w:type="dxa"/>
              <w:bottom w:w="100" w:type="dxa"/>
              <w:right w:w="110" w:type="dxa"/>
            </w:tcMar>
            <w:vAlign w:val="center"/>
          </w:tcPr>
          <w:p w14:paraId="62EBF3C5"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6D98A12B" w14:textId="77777777" w:rsidR="007572E7" w:rsidRDefault="007572E7">
            <w:pPr>
              <w:spacing w:line="252" w:lineRule="auto"/>
            </w:pPr>
          </w:p>
        </w:tc>
      </w:tr>
      <w:tr w:rsidR="007572E7" w14:paraId="106B76A5" w14:textId="77777777">
        <w:trPr>
          <w:cantSplit/>
          <w:jc w:val="center"/>
        </w:trPr>
        <w:tc>
          <w:tcPr>
            <w:tcW w:w="1587" w:type="dxa"/>
            <w:tcMar>
              <w:top w:w="100" w:type="dxa"/>
              <w:left w:w="110" w:type="dxa"/>
              <w:bottom w:w="100" w:type="dxa"/>
              <w:right w:w="110" w:type="dxa"/>
            </w:tcMar>
            <w:vAlign w:val="center"/>
          </w:tcPr>
          <w:p w14:paraId="21AA1DD0" w14:textId="77777777" w:rsidR="007572E7" w:rsidRDefault="00832EBB">
            <w:pPr>
              <w:spacing w:line="252" w:lineRule="auto"/>
              <w:jc w:val="center"/>
            </w:pPr>
            <w:r>
              <w:rPr>
                <w:b/>
                <w:sz w:val="16"/>
              </w:rPr>
              <w:t>27.3.2027</w:t>
            </w:r>
          </w:p>
        </w:tc>
        <w:tc>
          <w:tcPr>
            <w:tcW w:w="3118" w:type="dxa"/>
            <w:tcMar>
              <w:top w:w="100" w:type="dxa"/>
              <w:left w:w="110" w:type="dxa"/>
              <w:bottom w:w="100" w:type="dxa"/>
              <w:right w:w="110" w:type="dxa"/>
            </w:tcMar>
            <w:vAlign w:val="center"/>
          </w:tcPr>
          <w:p w14:paraId="11C1174C" w14:textId="77777777" w:rsidR="007572E7" w:rsidRDefault="00832EBB">
            <w:pPr>
              <w:spacing w:line="252" w:lineRule="auto"/>
            </w:pPr>
            <w:r>
              <w:rPr>
                <w:sz w:val="16"/>
              </w:rPr>
              <w:t>Pääsisäisyö</w:t>
            </w:r>
          </w:p>
        </w:tc>
        <w:tc>
          <w:tcPr>
            <w:tcW w:w="6860" w:type="dxa"/>
            <w:tcMar>
              <w:top w:w="100" w:type="dxa"/>
              <w:left w:w="110" w:type="dxa"/>
              <w:bottom w:w="100" w:type="dxa"/>
              <w:right w:w="110" w:type="dxa"/>
            </w:tcMar>
            <w:vAlign w:val="center"/>
          </w:tcPr>
          <w:p w14:paraId="2946DB82" w14:textId="77777777" w:rsidR="007572E7" w:rsidRDefault="007572E7">
            <w:pPr>
              <w:spacing w:line="252" w:lineRule="auto"/>
            </w:pPr>
          </w:p>
        </w:tc>
        <w:tc>
          <w:tcPr>
            <w:tcW w:w="3118" w:type="dxa"/>
            <w:tcMar>
              <w:top w:w="100" w:type="dxa"/>
              <w:left w:w="110" w:type="dxa"/>
              <w:bottom w:w="100" w:type="dxa"/>
              <w:right w:w="110" w:type="dxa"/>
            </w:tcMar>
            <w:vAlign w:val="center"/>
          </w:tcPr>
          <w:p w14:paraId="5997CC1D" w14:textId="77777777" w:rsidR="007572E7" w:rsidRDefault="007572E7">
            <w:pPr>
              <w:spacing w:line="252" w:lineRule="auto"/>
            </w:pPr>
          </w:p>
        </w:tc>
      </w:tr>
      <w:tr w:rsidR="007572E7" w14:paraId="1693A028" w14:textId="77777777">
        <w:trPr>
          <w:cantSplit/>
          <w:jc w:val="center"/>
        </w:trPr>
        <w:tc>
          <w:tcPr>
            <w:tcW w:w="1587" w:type="dxa"/>
            <w:shd w:val="clear" w:color="auto" w:fill="F3F6F8"/>
            <w:tcMar>
              <w:top w:w="100" w:type="dxa"/>
              <w:left w:w="110" w:type="dxa"/>
              <w:bottom w:w="100" w:type="dxa"/>
              <w:right w:w="110" w:type="dxa"/>
            </w:tcMar>
            <w:vAlign w:val="center"/>
          </w:tcPr>
          <w:p w14:paraId="603167FD" w14:textId="77777777" w:rsidR="007572E7" w:rsidRDefault="00832EBB">
            <w:pPr>
              <w:spacing w:line="252" w:lineRule="auto"/>
              <w:jc w:val="center"/>
            </w:pPr>
            <w:r>
              <w:rPr>
                <w:b/>
                <w:sz w:val="16"/>
              </w:rPr>
              <w:t>28.3.2027</w:t>
            </w:r>
          </w:p>
        </w:tc>
        <w:tc>
          <w:tcPr>
            <w:tcW w:w="3118" w:type="dxa"/>
            <w:shd w:val="clear" w:color="auto" w:fill="F3F6F8"/>
            <w:tcMar>
              <w:top w:w="100" w:type="dxa"/>
              <w:left w:w="110" w:type="dxa"/>
              <w:bottom w:w="100" w:type="dxa"/>
              <w:right w:w="110" w:type="dxa"/>
            </w:tcMar>
            <w:vAlign w:val="center"/>
          </w:tcPr>
          <w:p w14:paraId="13BA40E5" w14:textId="77777777" w:rsidR="007572E7" w:rsidRDefault="00832EBB">
            <w:pPr>
              <w:spacing w:line="252" w:lineRule="auto"/>
            </w:pPr>
            <w:r>
              <w:rPr>
                <w:sz w:val="16"/>
              </w:rPr>
              <w:t>Pääsiäispäivä</w:t>
            </w:r>
          </w:p>
        </w:tc>
        <w:tc>
          <w:tcPr>
            <w:tcW w:w="6860" w:type="dxa"/>
            <w:shd w:val="clear" w:color="auto" w:fill="F3F6F8"/>
            <w:tcMar>
              <w:top w:w="100" w:type="dxa"/>
              <w:left w:w="110" w:type="dxa"/>
              <w:bottom w:w="100" w:type="dxa"/>
              <w:right w:w="110" w:type="dxa"/>
            </w:tcMar>
            <w:vAlign w:val="center"/>
          </w:tcPr>
          <w:p w14:paraId="3B4C06C3" w14:textId="77777777" w:rsidR="007572E7" w:rsidRPr="003163D2" w:rsidRDefault="00832EBB">
            <w:pPr>
              <w:spacing w:line="252" w:lineRule="auto"/>
              <w:rPr>
                <w:lang w:val="fi-FI"/>
              </w:rPr>
            </w:pPr>
            <w:r w:rsidRPr="003163D2">
              <w:rPr>
                <w:sz w:val="16"/>
                <w:lang w:val="fi-FI"/>
              </w:rPr>
              <w:t>Maailman heikoimmassa asemassa olevien ihmisten toimeentulon ja paremman tulevaisuuden vahvistamiseen.</w:t>
            </w:r>
          </w:p>
        </w:tc>
        <w:tc>
          <w:tcPr>
            <w:tcW w:w="3118" w:type="dxa"/>
            <w:shd w:val="clear" w:color="auto" w:fill="F3F6F8"/>
            <w:tcMar>
              <w:top w:w="100" w:type="dxa"/>
              <w:left w:w="110" w:type="dxa"/>
              <w:bottom w:w="100" w:type="dxa"/>
              <w:right w:w="110" w:type="dxa"/>
            </w:tcMar>
            <w:vAlign w:val="center"/>
          </w:tcPr>
          <w:p w14:paraId="0DB6A66F" w14:textId="77777777" w:rsidR="007572E7" w:rsidRDefault="00832EBB">
            <w:pPr>
              <w:spacing w:line="252" w:lineRule="auto"/>
            </w:pPr>
            <w:r>
              <w:rPr>
                <w:sz w:val="16"/>
              </w:rPr>
              <w:t>Kirkon Ulkomaanapu sr.</w:t>
            </w:r>
          </w:p>
        </w:tc>
      </w:tr>
      <w:tr w:rsidR="007572E7" w14:paraId="39EDCB60" w14:textId="77777777">
        <w:trPr>
          <w:cantSplit/>
          <w:jc w:val="center"/>
        </w:trPr>
        <w:tc>
          <w:tcPr>
            <w:tcW w:w="1587" w:type="dxa"/>
            <w:tcMar>
              <w:top w:w="100" w:type="dxa"/>
              <w:left w:w="110" w:type="dxa"/>
              <w:bottom w:w="100" w:type="dxa"/>
              <w:right w:w="110" w:type="dxa"/>
            </w:tcMar>
            <w:vAlign w:val="center"/>
          </w:tcPr>
          <w:p w14:paraId="0B326804" w14:textId="77777777" w:rsidR="007572E7" w:rsidRDefault="00832EBB">
            <w:pPr>
              <w:spacing w:line="252" w:lineRule="auto"/>
              <w:jc w:val="center"/>
            </w:pPr>
            <w:r>
              <w:rPr>
                <w:b/>
                <w:sz w:val="16"/>
              </w:rPr>
              <w:t>29.3.2027</w:t>
            </w:r>
          </w:p>
        </w:tc>
        <w:tc>
          <w:tcPr>
            <w:tcW w:w="3118" w:type="dxa"/>
            <w:tcMar>
              <w:top w:w="100" w:type="dxa"/>
              <w:left w:w="110" w:type="dxa"/>
              <w:bottom w:w="100" w:type="dxa"/>
              <w:right w:w="110" w:type="dxa"/>
            </w:tcMar>
            <w:vAlign w:val="center"/>
          </w:tcPr>
          <w:p w14:paraId="42301FE6" w14:textId="77777777" w:rsidR="007572E7" w:rsidRDefault="00832EBB">
            <w:pPr>
              <w:spacing w:line="252" w:lineRule="auto"/>
            </w:pPr>
            <w:r>
              <w:rPr>
                <w:sz w:val="16"/>
              </w:rPr>
              <w:t>2. Pääsiäispäivä</w:t>
            </w:r>
          </w:p>
        </w:tc>
        <w:tc>
          <w:tcPr>
            <w:tcW w:w="6860" w:type="dxa"/>
            <w:tcMar>
              <w:top w:w="100" w:type="dxa"/>
              <w:left w:w="110" w:type="dxa"/>
              <w:bottom w:w="100" w:type="dxa"/>
              <w:right w:w="110" w:type="dxa"/>
            </w:tcMar>
            <w:vAlign w:val="center"/>
          </w:tcPr>
          <w:p w14:paraId="110FFD37" w14:textId="77777777" w:rsidR="007572E7" w:rsidRDefault="007572E7">
            <w:pPr>
              <w:spacing w:line="252" w:lineRule="auto"/>
            </w:pPr>
          </w:p>
        </w:tc>
        <w:tc>
          <w:tcPr>
            <w:tcW w:w="3118" w:type="dxa"/>
            <w:tcMar>
              <w:top w:w="100" w:type="dxa"/>
              <w:left w:w="110" w:type="dxa"/>
              <w:bottom w:w="100" w:type="dxa"/>
              <w:right w:w="110" w:type="dxa"/>
            </w:tcMar>
            <w:vAlign w:val="center"/>
          </w:tcPr>
          <w:p w14:paraId="6B699379" w14:textId="77777777" w:rsidR="007572E7" w:rsidRDefault="007572E7">
            <w:pPr>
              <w:spacing w:line="252" w:lineRule="auto"/>
            </w:pPr>
          </w:p>
        </w:tc>
      </w:tr>
      <w:tr w:rsidR="007572E7" w14:paraId="6DF9AB03" w14:textId="77777777">
        <w:trPr>
          <w:cantSplit/>
          <w:jc w:val="center"/>
        </w:trPr>
        <w:tc>
          <w:tcPr>
            <w:tcW w:w="1587" w:type="dxa"/>
            <w:shd w:val="clear" w:color="auto" w:fill="F3F6F8"/>
            <w:tcMar>
              <w:top w:w="100" w:type="dxa"/>
              <w:left w:w="110" w:type="dxa"/>
              <w:bottom w:w="100" w:type="dxa"/>
              <w:right w:w="110" w:type="dxa"/>
            </w:tcMar>
            <w:vAlign w:val="center"/>
          </w:tcPr>
          <w:p w14:paraId="669E549F" w14:textId="77777777" w:rsidR="007572E7" w:rsidRDefault="00832EBB">
            <w:pPr>
              <w:spacing w:line="252" w:lineRule="auto"/>
              <w:jc w:val="center"/>
            </w:pPr>
            <w:r>
              <w:rPr>
                <w:b/>
                <w:sz w:val="16"/>
              </w:rPr>
              <w:t>30.3.2027</w:t>
            </w:r>
          </w:p>
        </w:tc>
        <w:tc>
          <w:tcPr>
            <w:tcW w:w="3118" w:type="dxa"/>
            <w:shd w:val="clear" w:color="auto" w:fill="F3F6F8"/>
            <w:tcMar>
              <w:top w:w="100" w:type="dxa"/>
              <w:left w:w="110" w:type="dxa"/>
              <w:bottom w:w="100" w:type="dxa"/>
              <w:right w:w="110" w:type="dxa"/>
            </w:tcMar>
            <w:vAlign w:val="center"/>
          </w:tcPr>
          <w:p w14:paraId="3D655D00" w14:textId="77777777" w:rsidR="007572E7" w:rsidRDefault="00832EBB">
            <w:pPr>
              <w:spacing w:line="252" w:lineRule="auto"/>
            </w:pPr>
            <w:r>
              <w:rPr>
                <w:sz w:val="16"/>
              </w:rPr>
              <w:t>Pääsiäisen jälkeinen tiistai</w:t>
            </w:r>
          </w:p>
        </w:tc>
        <w:tc>
          <w:tcPr>
            <w:tcW w:w="6860" w:type="dxa"/>
            <w:shd w:val="clear" w:color="auto" w:fill="F3F6F8"/>
            <w:tcMar>
              <w:top w:w="100" w:type="dxa"/>
              <w:left w:w="110" w:type="dxa"/>
              <w:bottom w:w="100" w:type="dxa"/>
              <w:right w:w="110" w:type="dxa"/>
            </w:tcMar>
            <w:vAlign w:val="center"/>
          </w:tcPr>
          <w:p w14:paraId="3FE9F23F"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1F72F646" w14:textId="77777777" w:rsidR="007572E7" w:rsidRDefault="007572E7">
            <w:pPr>
              <w:spacing w:line="252" w:lineRule="auto"/>
            </w:pPr>
          </w:p>
        </w:tc>
      </w:tr>
      <w:tr w:rsidR="007572E7" w14:paraId="2E61FC61" w14:textId="77777777">
        <w:trPr>
          <w:cantSplit/>
          <w:jc w:val="center"/>
        </w:trPr>
        <w:tc>
          <w:tcPr>
            <w:tcW w:w="1587" w:type="dxa"/>
            <w:tcMar>
              <w:top w:w="100" w:type="dxa"/>
              <w:left w:w="110" w:type="dxa"/>
              <w:bottom w:w="100" w:type="dxa"/>
              <w:right w:w="110" w:type="dxa"/>
            </w:tcMar>
            <w:vAlign w:val="center"/>
          </w:tcPr>
          <w:p w14:paraId="3ACE43B1" w14:textId="77777777" w:rsidR="007572E7" w:rsidRDefault="00832EBB">
            <w:pPr>
              <w:spacing w:line="252" w:lineRule="auto"/>
              <w:jc w:val="center"/>
            </w:pPr>
            <w:r>
              <w:rPr>
                <w:b/>
                <w:sz w:val="16"/>
              </w:rPr>
              <w:t>31.3.2027</w:t>
            </w:r>
          </w:p>
        </w:tc>
        <w:tc>
          <w:tcPr>
            <w:tcW w:w="3118" w:type="dxa"/>
            <w:tcMar>
              <w:top w:w="100" w:type="dxa"/>
              <w:left w:w="110" w:type="dxa"/>
              <w:bottom w:w="100" w:type="dxa"/>
              <w:right w:w="110" w:type="dxa"/>
            </w:tcMar>
            <w:vAlign w:val="center"/>
          </w:tcPr>
          <w:p w14:paraId="76764395" w14:textId="77777777" w:rsidR="007572E7" w:rsidRDefault="00832EBB">
            <w:pPr>
              <w:spacing w:line="252" w:lineRule="auto"/>
            </w:pPr>
            <w:r>
              <w:rPr>
                <w:sz w:val="16"/>
              </w:rPr>
              <w:t>Pääsiäisen jälkeinen keskiviikko</w:t>
            </w:r>
          </w:p>
        </w:tc>
        <w:tc>
          <w:tcPr>
            <w:tcW w:w="6860" w:type="dxa"/>
            <w:tcMar>
              <w:top w:w="100" w:type="dxa"/>
              <w:left w:w="110" w:type="dxa"/>
              <w:bottom w:w="100" w:type="dxa"/>
              <w:right w:w="110" w:type="dxa"/>
            </w:tcMar>
            <w:vAlign w:val="center"/>
          </w:tcPr>
          <w:p w14:paraId="08CE6F91" w14:textId="77777777" w:rsidR="007572E7" w:rsidRDefault="007572E7">
            <w:pPr>
              <w:spacing w:line="252" w:lineRule="auto"/>
            </w:pPr>
          </w:p>
        </w:tc>
        <w:tc>
          <w:tcPr>
            <w:tcW w:w="3118" w:type="dxa"/>
            <w:tcMar>
              <w:top w:w="100" w:type="dxa"/>
              <w:left w:w="110" w:type="dxa"/>
              <w:bottom w:w="100" w:type="dxa"/>
              <w:right w:w="110" w:type="dxa"/>
            </w:tcMar>
            <w:vAlign w:val="center"/>
          </w:tcPr>
          <w:p w14:paraId="61CDCEAD" w14:textId="77777777" w:rsidR="007572E7" w:rsidRDefault="007572E7">
            <w:pPr>
              <w:spacing w:line="252" w:lineRule="auto"/>
            </w:pPr>
          </w:p>
        </w:tc>
      </w:tr>
      <w:tr w:rsidR="007572E7" w14:paraId="2E1E75B7" w14:textId="77777777">
        <w:trPr>
          <w:cantSplit/>
          <w:jc w:val="center"/>
        </w:trPr>
        <w:tc>
          <w:tcPr>
            <w:tcW w:w="1587" w:type="dxa"/>
            <w:shd w:val="clear" w:color="auto" w:fill="F3F6F8"/>
            <w:tcMar>
              <w:top w:w="100" w:type="dxa"/>
              <w:left w:w="110" w:type="dxa"/>
              <w:bottom w:w="100" w:type="dxa"/>
              <w:right w:w="110" w:type="dxa"/>
            </w:tcMar>
            <w:vAlign w:val="center"/>
          </w:tcPr>
          <w:p w14:paraId="6437870C" w14:textId="77777777" w:rsidR="007572E7" w:rsidRDefault="00832EBB">
            <w:pPr>
              <w:spacing w:line="252" w:lineRule="auto"/>
              <w:jc w:val="center"/>
            </w:pPr>
            <w:r>
              <w:rPr>
                <w:b/>
                <w:sz w:val="16"/>
              </w:rPr>
              <w:t>1.4.2027</w:t>
            </w:r>
          </w:p>
        </w:tc>
        <w:tc>
          <w:tcPr>
            <w:tcW w:w="3118" w:type="dxa"/>
            <w:shd w:val="clear" w:color="auto" w:fill="F3F6F8"/>
            <w:tcMar>
              <w:top w:w="100" w:type="dxa"/>
              <w:left w:w="110" w:type="dxa"/>
              <w:bottom w:w="100" w:type="dxa"/>
              <w:right w:w="110" w:type="dxa"/>
            </w:tcMar>
            <w:vAlign w:val="center"/>
          </w:tcPr>
          <w:p w14:paraId="1A94B814" w14:textId="77777777" w:rsidR="007572E7" w:rsidRDefault="00832EBB">
            <w:pPr>
              <w:spacing w:line="252" w:lineRule="auto"/>
            </w:pPr>
            <w:r>
              <w:rPr>
                <w:sz w:val="16"/>
              </w:rPr>
              <w:t>Pääsiäisen jälkeinen torstai</w:t>
            </w:r>
          </w:p>
        </w:tc>
        <w:tc>
          <w:tcPr>
            <w:tcW w:w="6860" w:type="dxa"/>
            <w:shd w:val="clear" w:color="auto" w:fill="F3F6F8"/>
            <w:tcMar>
              <w:top w:w="100" w:type="dxa"/>
              <w:left w:w="110" w:type="dxa"/>
              <w:bottom w:w="100" w:type="dxa"/>
              <w:right w:w="110" w:type="dxa"/>
            </w:tcMar>
            <w:vAlign w:val="center"/>
          </w:tcPr>
          <w:p w14:paraId="6BB9E253"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23DE523C" w14:textId="77777777" w:rsidR="007572E7" w:rsidRDefault="007572E7">
            <w:pPr>
              <w:spacing w:line="252" w:lineRule="auto"/>
            </w:pPr>
          </w:p>
        </w:tc>
      </w:tr>
      <w:tr w:rsidR="007572E7" w14:paraId="6C0D61C6" w14:textId="77777777">
        <w:trPr>
          <w:cantSplit/>
          <w:jc w:val="center"/>
        </w:trPr>
        <w:tc>
          <w:tcPr>
            <w:tcW w:w="1587" w:type="dxa"/>
            <w:tcMar>
              <w:top w:w="100" w:type="dxa"/>
              <w:left w:w="110" w:type="dxa"/>
              <w:bottom w:w="100" w:type="dxa"/>
              <w:right w:w="110" w:type="dxa"/>
            </w:tcMar>
            <w:vAlign w:val="center"/>
          </w:tcPr>
          <w:p w14:paraId="5D1C1D3C" w14:textId="77777777" w:rsidR="007572E7" w:rsidRDefault="00832EBB">
            <w:pPr>
              <w:spacing w:line="252" w:lineRule="auto"/>
              <w:jc w:val="center"/>
            </w:pPr>
            <w:r>
              <w:rPr>
                <w:b/>
                <w:sz w:val="16"/>
              </w:rPr>
              <w:t>2.4.2027</w:t>
            </w:r>
          </w:p>
        </w:tc>
        <w:tc>
          <w:tcPr>
            <w:tcW w:w="3118" w:type="dxa"/>
            <w:tcMar>
              <w:top w:w="100" w:type="dxa"/>
              <w:left w:w="110" w:type="dxa"/>
              <w:bottom w:w="100" w:type="dxa"/>
              <w:right w:w="110" w:type="dxa"/>
            </w:tcMar>
            <w:vAlign w:val="center"/>
          </w:tcPr>
          <w:p w14:paraId="7E18CBB4" w14:textId="77777777" w:rsidR="007572E7" w:rsidRDefault="00832EBB">
            <w:pPr>
              <w:spacing w:line="252" w:lineRule="auto"/>
            </w:pPr>
            <w:r>
              <w:rPr>
                <w:sz w:val="16"/>
              </w:rPr>
              <w:t>Pääsiäisen jälkeinen perjantai</w:t>
            </w:r>
          </w:p>
        </w:tc>
        <w:tc>
          <w:tcPr>
            <w:tcW w:w="6860" w:type="dxa"/>
            <w:tcMar>
              <w:top w:w="100" w:type="dxa"/>
              <w:left w:w="110" w:type="dxa"/>
              <w:bottom w:w="100" w:type="dxa"/>
              <w:right w:w="110" w:type="dxa"/>
            </w:tcMar>
            <w:vAlign w:val="center"/>
          </w:tcPr>
          <w:p w14:paraId="52E56223" w14:textId="77777777" w:rsidR="007572E7" w:rsidRDefault="007572E7">
            <w:pPr>
              <w:spacing w:line="252" w:lineRule="auto"/>
            </w:pPr>
          </w:p>
        </w:tc>
        <w:tc>
          <w:tcPr>
            <w:tcW w:w="3118" w:type="dxa"/>
            <w:tcMar>
              <w:top w:w="100" w:type="dxa"/>
              <w:left w:w="110" w:type="dxa"/>
              <w:bottom w:w="100" w:type="dxa"/>
              <w:right w:w="110" w:type="dxa"/>
            </w:tcMar>
            <w:vAlign w:val="center"/>
          </w:tcPr>
          <w:p w14:paraId="07547A01" w14:textId="77777777" w:rsidR="007572E7" w:rsidRDefault="007572E7">
            <w:pPr>
              <w:spacing w:line="252" w:lineRule="auto"/>
            </w:pPr>
          </w:p>
        </w:tc>
      </w:tr>
      <w:tr w:rsidR="007572E7" w14:paraId="12628688" w14:textId="77777777">
        <w:trPr>
          <w:cantSplit/>
          <w:jc w:val="center"/>
        </w:trPr>
        <w:tc>
          <w:tcPr>
            <w:tcW w:w="1587" w:type="dxa"/>
            <w:shd w:val="clear" w:color="auto" w:fill="F3F6F8"/>
            <w:tcMar>
              <w:top w:w="100" w:type="dxa"/>
              <w:left w:w="110" w:type="dxa"/>
              <w:bottom w:w="100" w:type="dxa"/>
              <w:right w:w="110" w:type="dxa"/>
            </w:tcMar>
            <w:vAlign w:val="center"/>
          </w:tcPr>
          <w:p w14:paraId="002C520B" w14:textId="77777777" w:rsidR="007572E7" w:rsidRDefault="00832EBB">
            <w:pPr>
              <w:spacing w:line="252" w:lineRule="auto"/>
              <w:jc w:val="center"/>
            </w:pPr>
            <w:r>
              <w:rPr>
                <w:b/>
                <w:sz w:val="16"/>
              </w:rPr>
              <w:t>3.4.2027</w:t>
            </w:r>
          </w:p>
        </w:tc>
        <w:tc>
          <w:tcPr>
            <w:tcW w:w="3118" w:type="dxa"/>
            <w:shd w:val="clear" w:color="auto" w:fill="F3F6F8"/>
            <w:tcMar>
              <w:top w:w="100" w:type="dxa"/>
              <w:left w:w="110" w:type="dxa"/>
              <w:bottom w:w="100" w:type="dxa"/>
              <w:right w:w="110" w:type="dxa"/>
            </w:tcMar>
            <w:vAlign w:val="center"/>
          </w:tcPr>
          <w:p w14:paraId="1D0EB265" w14:textId="77777777" w:rsidR="007572E7" w:rsidRDefault="00832EBB">
            <w:pPr>
              <w:spacing w:line="252" w:lineRule="auto"/>
            </w:pPr>
            <w:r>
              <w:rPr>
                <w:sz w:val="16"/>
              </w:rPr>
              <w:t>Pääsiäisen jälkeinen lauantai</w:t>
            </w:r>
          </w:p>
        </w:tc>
        <w:tc>
          <w:tcPr>
            <w:tcW w:w="6860" w:type="dxa"/>
            <w:shd w:val="clear" w:color="auto" w:fill="F3F6F8"/>
            <w:tcMar>
              <w:top w:w="100" w:type="dxa"/>
              <w:left w:w="110" w:type="dxa"/>
              <w:bottom w:w="100" w:type="dxa"/>
              <w:right w:w="110" w:type="dxa"/>
            </w:tcMar>
            <w:vAlign w:val="center"/>
          </w:tcPr>
          <w:p w14:paraId="5043CB0F"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07459315" w14:textId="77777777" w:rsidR="007572E7" w:rsidRDefault="007572E7">
            <w:pPr>
              <w:spacing w:line="252" w:lineRule="auto"/>
            </w:pPr>
          </w:p>
        </w:tc>
      </w:tr>
      <w:tr w:rsidR="007572E7" w14:paraId="0D5BEF59" w14:textId="77777777">
        <w:trPr>
          <w:cantSplit/>
          <w:jc w:val="center"/>
        </w:trPr>
        <w:tc>
          <w:tcPr>
            <w:tcW w:w="1587" w:type="dxa"/>
            <w:tcMar>
              <w:top w:w="100" w:type="dxa"/>
              <w:left w:w="110" w:type="dxa"/>
              <w:bottom w:w="100" w:type="dxa"/>
              <w:right w:w="110" w:type="dxa"/>
            </w:tcMar>
            <w:vAlign w:val="center"/>
          </w:tcPr>
          <w:p w14:paraId="2FE10A59" w14:textId="77777777" w:rsidR="007572E7" w:rsidRDefault="00832EBB">
            <w:pPr>
              <w:spacing w:line="252" w:lineRule="auto"/>
              <w:jc w:val="center"/>
            </w:pPr>
            <w:r>
              <w:rPr>
                <w:b/>
                <w:sz w:val="16"/>
              </w:rPr>
              <w:t>4.4.2027</w:t>
            </w:r>
          </w:p>
        </w:tc>
        <w:tc>
          <w:tcPr>
            <w:tcW w:w="3118" w:type="dxa"/>
            <w:tcMar>
              <w:top w:w="100" w:type="dxa"/>
              <w:left w:w="110" w:type="dxa"/>
              <w:bottom w:w="100" w:type="dxa"/>
              <w:right w:w="110" w:type="dxa"/>
            </w:tcMar>
            <w:vAlign w:val="center"/>
          </w:tcPr>
          <w:p w14:paraId="33637431" w14:textId="77777777" w:rsidR="007572E7" w:rsidRDefault="00832EBB">
            <w:pPr>
              <w:spacing w:line="252" w:lineRule="auto"/>
            </w:pPr>
            <w:r>
              <w:rPr>
                <w:sz w:val="16"/>
              </w:rPr>
              <w:t>1. sunnuntai pääsiäisestä (Quasimodogeniti)</w:t>
            </w:r>
          </w:p>
        </w:tc>
        <w:tc>
          <w:tcPr>
            <w:tcW w:w="6860" w:type="dxa"/>
            <w:tcMar>
              <w:top w:w="100" w:type="dxa"/>
              <w:left w:w="110" w:type="dxa"/>
              <w:bottom w:w="100" w:type="dxa"/>
              <w:right w:w="110" w:type="dxa"/>
            </w:tcMar>
            <w:vAlign w:val="center"/>
          </w:tcPr>
          <w:p w14:paraId="6537F28F" w14:textId="77777777" w:rsidR="007572E7" w:rsidRDefault="007572E7">
            <w:pPr>
              <w:spacing w:line="252" w:lineRule="auto"/>
            </w:pPr>
          </w:p>
        </w:tc>
        <w:tc>
          <w:tcPr>
            <w:tcW w:w="3118" w:type="dxa"/>
            <w:tcMar>
              <w:top w:w="100" w:type="dxa"/>
              <w:left w:w="110" w:type="dxa"/>
              <w:bottom w:w="100" w:type="dxa"/>
              <w:right w:w="110" w:type="dxa"/>
            </w:tcMar>
            <w:vAlign w:val="center"/>
          </w:tcPr>
          <w:p w14:paraId="6DFB9E20" w14:textId="77777777" w:rsidR="007572E7" w:rsidRDefault="007572E7">
            <w:pPr>
              <w:spacing w:line="252" w:lineRule="auto"/>
            </w:pPr>
          </w:p>
        </w:tc>
      </w:tr>
      <w:tr w:rsidR="007572E7" w14:paraId="78CDB20E" w14:textId="77777777">
        <w:trPr>
          <w:cantSplit/>
          <w:jc w:val="center"/>
        </w:trPr>
        <w:tc>
          <w:tcPr>
            <w:tcW w:w="1587" w:type="dxa"/>
            <w:shd w:val="clear" w:color="auto" w:fill="F3F6F8"/>
            <w:tcMar>
              <w:top w:w="100" w:type="dxa"/>
              <w:left w:w="110" w:type="dxa"/>
              <w:bottom w:w="100" w:type="dxa"/>
              <w:right w:w="110" w:type="dxa"/>
            </w:tcMar>
            <w:vAlign w:val="center"/>
          </w:tcPr>
          <w:p w14:paraId="1DE3C46B" w14:textId="77777777" w:rsidR="007572E7" w:rsidRDefault="00832EBB">
            <w:pPr>
              <w:spacing w:line="252" w:lineRule="auto"/>
              <w:jc w:val="center"/>
            </w:pPr>
            <w:r>
              <w:rPr>
                <w:b/>
                <w:sz w:val="16"/>
              </w:rPr>
              <w:t>11.4.2027</w:t>
            </w:r>
          </w:p>
        </w:tc>
        <w:tc>
          <w:tcPr>
            <w:tcW w:w="3118" w:type="dxa"/>
            <w:shd w:val="clear" w:color="auto" w:fill="F3F6F8"/>
            <w:tcMar>
              <w:top w:w="100" w:type="dxa"/>
              <w:left w:w="110" w:type="dxa"/>
              <w:bottom w:w="100" w:type="dxa"/>
              <w:right w:w="110" w:type="dxa"/>
            </w:tcMar>
            <w:vAlign w:val="center"/>
          </w:tcPr>
          <w:p w14:paraId="453566B5" w14:textId="77777777" w:rsidR="007572E7" w:rsidRDefault="00832EBB">
            <w:pPr>
              <w:spacing w:line="252" w:lineRule="auto"/>
            </w:pPr>
            <w:r>
              <w:rPr>
                <w:sz w:val="16"/>
              </w:rPr>
              <w:t>2. sunnuntai pääsiäisestä (Misericordia Domini)</w:t>
            </w:r>
          </w:p>
        </w:tc>
        <w:tc>
          <w:tcPr>
            <w:tcW w:w="6860" w:type="dxa"/>
            <w:shd w:val="clear" w:color="auto" w:fill="F3F6F8"/>
            <w:tcMar>
              <w:top w:w="100" w:type="dxa"/>
              <w:left w:w="110" w:type="dxa"/>
              <w:bottom w:w="100" w:type="dxa"/>
              <w:right w:w="110" w:type="dxa"/>
            </w:tcMar>
            <w:vAlign w:val="center"/>
          </w:tcPr>
          <w:p w14:paraId="70DF9E56"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44E871BC" w14:textId="77777777" w:rsidR="007572E7" w:rsidRDefault="007572E7">
            <w:pPr>
              <w:spacing w:line="252" w:lineRule="auto"/>
            </w:pPr>
          </w:p>
        </w:tc>
      </w:tr>
      <w:tr w:rsidR="007572E7" w14:paraId="2CBF55D0" w14:textId="77777777">
        <w:trPr>
          <w:cantSplit/>
          <w:jc w:val="center"/>
        </w:trPr>
        <w:tc>
          <w:tcPr>
            <w:tcW w:w="1587" w:type="dxa"/>
            <w:tcMar>
              <w:top w:w="100" w:type="dxa"/>
              <w:left w:w="110" w:type="dxa"/>
              <w:bottom w:w="100" w:type="dxa"/>
              <w:right w:w="110" w:type="dxa"/>
            </w:tcMar>
            <w:vAlign w:val="center"/>
          </w:tcPr>
          <w:p w14:paraId="2CB7FF63" w14:textId="77777777" w:rsidR="007572E7" w:rsidRDefault="00832EBB">
            <w:pPr>
              <w:spacing w:line="252" w:lineRule="auto"/>
              <w:jc w:val="center"/>
            </w:pPr>
            <w:r>
              <w:rPr>
                <w:b/>
                <w:sz w:val="16"/>
              </w:rPr>
              <w:t>18.4.2027</w:t>
            </w:r>
          </w:p>
        </w:tc>
        <w:tc>
          <w:tcPr>
            <w:tcW w:w="3118" w:type="dxa"/>
            <w:tcMar>
              <w:top w:w="100" w:type="dxa"/>
              <w:left w:w="110" w:type="dxa"/>
              <w:bottom w:w="100" w:type="dxa"/>
              <w:right w:w="110" w:type="dxa"/>
            </w:tcMar>
            <w:vAlign w:val="center"/>
          </w:tcPr>
          <w:p w14:paraId="04B287F9" w14:textId="77777777" w:rsidR="007572E7" w:rsidRDefault="00832EBB">
            <w:pPr>
              <w:spacing w:line="252" w:lineRule="auto"/>
            </w:pPr>
            <w:r>
              <w:rPr>
                <w:sz w:val="16"/>
              </w:rPr>
              <w:t>3. Sunnuntai pääsiäisestä (Jubilate)</w:t>
            </w:r>
          </w:p>
        </w:tc>
        <w:tc>
          <w:tcPr>
            <w:tcW w:w="6860" w:type="dxa"/>
            <w:tcMar>
              <w:top w:w="100" w:type="dxa"/>
              <w:left w:w="110" w:type="dxa"/>
              <w:bottom w:w="100" w:type="dxa"/>
              <w:right w:w="110" w:type="dxa"/>
            </w:tcMar>
            <w:vAlign w:val="center"/>
          </w:tcPr>
          <w:p w14:paraId="014E6091" w14:textId="77777777" w:rsidR="007572E7" w:rsidRDefault="00832EBB">
            <w:pPr>
              <w:spacing w:line="252" w:lineRule="auto"/>
            </w:pPr>
            <w:r>
              <w:rPr>
                <w:sz w:val="16"/>
              </w:rPr>
              <w:t>Kotimaanavun hätäapukeräykseen.</w:t>
            </w:r>
          </w:p>
        </w:tc>
        <w:tc>
          <w:tcPr>
            <w:tcW w:w="3118" w:type="dxa"/>
            <w:tcMar>
              <w:top w:w="100" w:type="dxa"/>
              <w:left w:w="110" w:type="dxa"/>
              <w:bottom w:w="100" w:type="dxa"/>
              <w:right w:w="110" w:type="dxa"/>
            </w:tcMar>
            <w:vAlign w:val="center"/>
          </w:tcPr>
          <w:p w14:paraId="0AA75124" w14:textId="77777777" w:rsidR="007572E7" w:rsidRDefault="00832EBB">
            <w:pPr>
              <w:spacing w:line="252" w:lineRule="auto"/>
            </w:pPr>
            <w:r>
              <w:rPr>
                <w:sz w:val="16"/>
              </w:rPr>
              <w:t>Kotimaanapu, Kirkkopalvelut ry.</w:t>
            </w:r>
          </w:p>
        </w:tc>
      </w:tr>
      <w:tr w:rsidR="007572E7" w14:paraId="4F8DBB68" w14:textId="77777777">
        <w:trPr>
          <w:cantSplit/>
          <w:jc w:val="center"/>
        </w:trPr>
        <w:tc>
          <w:tcPr>
            <w:tcW w:w="1587" w:type="dxa"/>
            <w:shd w:val="clear" w:color="auto" w:fill="F3F6F8"/>
            <w:tcMar>
              <w:top w:w="100" w:type="dxa"/>
              <w:left w:w="110" w:type="dxa"/>
              <w:bottom w:w="100" w:type="dxa"/>
              <w:right w:w="110" w:type="dxa"/>
            </w:tcMar>
            <w:vAlign w:val="center"/>
          </w:tcPr>
          <w:p w14:paraId="4BA8F818" w14:textId="77777777" w:rsidR="007572E7" w:rsidRDefault="00832EBB">
            <w:pPr>
              <w:spacing w:line="252" w:lineRule="auto"/>
              <w:jc w:val="center"/>
            </w:pPr>
            <w:r>
              <w:rPr>
                <w:b/>
                <w:sz w:val="16"/>
              </w:rPr>
              <w:t>25.4.2027</w:t>
            </w:r>
          </w:p>
        </w:tc>
        <w:tc>
          <w:tcPr>
            <w:tcW w:w="3118" w:type="dxa"/>
            <w:shd w:val="clear" w:color="auto" w:fill="F3F6F8"/>
            <w:tcMar>
              <w:top w:w="100" w:type="dxa"/>
              <w:left w:w="110" w:type="dxa"/>
              <w:bottom w:w="100" w:type="dxa"/>
              <w:right w:w="110" w:type="dxa"/>
            </w:tcMar>
            <w:vAlign w:val="center"/>
          </w:tcPr>
          <w:p w14:paraId="5D81567D" w14:textId="77777777" w:rsidR="007572E7" w:rsidRDefault="00832EBB">
            <w:pPr>
              <w:spacing w:line="252" w:lineRule="auto"/>
            </w:pPr>
            <w:r>
              <w:rPr>
                <w:sz w:val="16"/>
              </w:rPr>
              <w:t>4. sunnuntai pääsiäisestä (Cantate)</w:t>
            </w:r>
          </w:p>
        </w:tc>
        <w:tc>
          <w:tcPr>
            <w:tcW w:w="6860" w:type="dxa"/>
            <w:shd w:val="clear" w:color="auto" w:fill="F3F6F8"/>
            <w:tcMar>
              <w:top w:w="100" w:type="dxa"/>
              <w:left w:w="110" w:type="dxa"/>
              <w:bottom w:w="100" w:type="dxa"/>
              <w:right w:w="110" w:type="dxa"/>
            </w:tcMar>
            <w:vAlign w:val="center"/>
          </w:tcPr>
          <w:p w14:paraId="43236BD3" w14:textId="77777777" w:rsidR="007572E7" w:rsidRPr="003163D2" w:rsidRDefault="00832EBB">
            <w:pPr>
              <w:spacing w:line="252" w:lineRule="auto"/>
              <w:rPr>
                <w:lang w:val="fi-FI"/>
              </w:rPr>
            </w:pPr>
            <w:r w:rsidRPr="003163D2">
              <w:rPr>
                <w:sz w:val="16"/>
                <w:lang w:val="fi-FI"/>
              </w:rPr>
              <w:t>Veteraani- ja perinneajan hengelliseen työhön Tammenlehvän Perinneliiton kautta.</w:t>
            </w:r>
          </w:p>
        </w:tc>
        <w:tc>
          <w:tcPr>
            <w:tcW w:w="3118" w:type="dxa"/>
            <w:shd w:val="clear" w:color="auto" w:fill="F3F6F8"/>
            <w:tcMar>
              <w:top w:w="100" w:type="dxa"/>
              <w:left w:w="110" w:type="dxa"/>
              <w:bottom w:w="100" w:type="dxa"/>
              <w:right w:w="110" w:type="dxa"/>
            </w:tcMar>
            <w:vAlign w:val="center"/>
          </w:tcPr>
          <w:p w14:paraId="2D740537" w14:textId="77777777" w:rsidR="007572E7" w:rsidRDefault="00832EBB">
            <w:pPr>
              <w:spacing w:line="252" w:lineRule="auto"/>
            </w:pPr>
            <w:r>
              <w:rPr>
                <w:sz w:val="16"/>
              </w:rPr>
              <w:t>Tammenlehvän Perinneliitto ry</w:t>
            </w:r>
          </w:p>
        </w:tc>
      </w:tr>
      <w:tr w:rsidR="007572E7" w14:paraId="60D54644" w14:textId="77777777">
        <w:trPr>
          <w:cantSplit/>
          <w:jc w:val="center"/>
        </w:trPr>
        <w:tc>
          <w:tcPr>
            <w:tcW w:w="1587" w:type="dxa"/>
            <w:tcMar>
              <w:top w:w="100" w:type="dxa"/>
              <w:left w:w="110" w:type="dxa"/>
              <w:bottom w:w="100" w:type="dxa"/>
              <w:right w:w="110" w:type="dxa"/>
            </w:tcMar>
            <w:vAlign w:val="center"/>
          </w:tcPr>
          <w:p w14:paraId="516A9725" w14:textId="77777777" w:rsidR="007572E7" w:rsidRDefault="00832EBB">
            <w:pPr>
              <w:spacing w:line="252" w:lineRule="auto"/>
              <w:jc w:val="center"/>
            </w:pPr>
            <w:r>
              <w:rPr>
                <w:b/>
                <w:sz w:val="16"/>
              </w:rPr>
              <w:lastRenderedPageBreak/>
              <w:t>2.5.2027</w:t>
            </w:r>
          </w:p>
        </w:tc>
        <w:tc>
          <w:tcPr>
            <w:tcW w:w="3118" w:type="dxa"/>
            <w:tcMar>
              <w:top w:w="100" w:type="dxa"/>
              <w:left w:w="110" w:type="dxa"/>
              <w:bottom w:w="100" w:type="dxa"/>
              <w:right w:w="110" w:type="dxa"/>
            </w:tcMar>
            <w:vAlign w:val="center"/>
          </w:tcPr>
          <w:p w14:paraId="5419F25F" w14:textId="77777777" w:rsidR="007572E7" w:rsidRDefault="00832EBB">
            <w:pPr>
              <w:spacing w:line="252" w:lineRule="auto"/>
            </w:pPr>
            <w:r>
              <w:rPr>
                <w:sz w:val="16"/>
              </w:rPr>
              <w:t>5. sunnuntai pääsiäisestä (Rukoussunnuntai, Rogate)</w:t>
            </w:r>
          </w:p>
        </w:tc>
        <w:tc>
          <w:tcPr>
            <w:tcW w:w="6860" w:type="dxa"/>
            <w:tcMar>
              <w:top w:w="100" w:type="dxa"/>
              <w:left w:w="110" w:type="dxa"/>
              <w:bottom w:w="100" w:type="dxa"/>
              <w:right w:w="110" w:type="dxa"/>
            </w:tcMar>
            <w:vAlign w:val="center"/>
          </w:tcPr>
          <w:p w14:paraId="4ED00E67" w14:textId="77777777" w:rsidR="007572E7" w:rsidRPr="003163D2" w:rsidRDefault="00832EBB">
            <w:pPr>
              <w:spacing w:line="252" w:lineRule="auto"/>
              <w:rPr>
                <w:lang w:val="fi-FI"/>
              </w:rPr>
            </w:pPr>
            <w:r w:rsidRPr="003163D2">
              <w:rPr>
                <w:sz w:val="16"/>
                <w:lang w:val="fi-FI"/>
              </w:rPr>
              <w:t>Retriittiohjaajien kouluttamiseen sekä monimuotoisen hengellisen elämän ohjaajakoulutusten toteuttamiseen.</w:t>
            </w:r>
          </w:p>
        </w:tc>
        <w:tc>
          <w:tcPr>
            <w:tcW w:w="3118" w:type="dxa"/>
            <w:tcMar>
              <w:top w:w="100" w:type="dxa"/>
              <w:left w:w="110" w:type="dxa"/>
              <w:bottom w:w="100" w:type="dxa"/>
              <w:right w:w="110" w:type="dxa"/>
            </w:tcMar>
            <w:vAlign w:val="center"/>
          </w:tcPr>
          <w:p w14:paraId="3C9B2583" w14:textId="77777777" w:rsidR="007572E7" w:rsidRDefault="00832EBB">
            <w:pPr>
              <w:spacing w:line="252" w:lineRule="auto"/>
            </w:pPr>
            <w:r>
              <w:rPr>
                <w:sz w:val="16"/>
              </w:rPr>
              <w:t>Hiljaisuuden Ystävät ry</w:t>
            </w:r>
          </w:p>
        </w:tc>
      </w:tr>
      <w:tr w:rsidR="007572E7" w14:paraId="22638E12" w14:textId="77777777">
        <w:trPr>
          <w:cantSplit/>
          <w:jc w:val="center"/>
        </w:trPr>
        <w:tc>
          <w:tcPr>
            <w:tcW w:w="1587" w:type="dxa"/>
            <w:shd w:val="clear" w:color="auto" w:fill="F3F6F8"/>
            <w:tcMar>
              <w:top w:w="100" w:type="dxa"/>
              <w:left w:w="110" w:type="dxa"/>
              <w:bottom w:w="100" w:type="dxa"/>
              <w:right w:w="110" w:type="dxa"/>
            </w:tcMar>
            <w:vAlign w:val="center"/>
          </w:tcPr>
          <w:p w14:paraId="6505D866" w14:textId="77777777" w:rsidR="007572E7" w:rsidRDefault="00832EBB">
            <w:pPr>
              <w:spacing w:line="252" w:lineRule="auto"/>
              <w:jc w:val="center"/>
            </w:pPr>
            <w:r>
              <w:rPr>
                <w:b/>
                <w:sz w:val="16"/>
              </w:rPr>
              <w:t>6.5.2027</w:t>
            </w:r>
          </w:p>
        </w:tc>
        <w:tc>
          <w:tcPr>
            <w:tcW w:w="3118" w:type="dxa"/>
            <w:shd w:val="clear" w:color="auto" w:fill="F3F6F8"/>
            <w:tcMar>
              <w:top w:w="100" w:type="dxa"/>
              <w:left w:w="110" w:type="dxa"/>
              <w:bottom w:w="100" w:type="dxa"/>
              <w:right w:w="110" w:type="dxa"/>
            </w:tcMar>
            <w:vAlign w:val="center"/>
          </w:tcPr>
          <w:p w14:paraId="0DA88458" w14:textId="77777777" w:rsidR="007572E7" w:rsidRDefault="00832EBB">
            <w:pPr>
              <w:spacing w:line="252" w:lineRule="auto"/>
            </w:pPr>
            <w:r>
              <w:rPr>
                <w:sz w:val="16"/>
              </w:rPr>
              <w:t>Helatorstai</w:t>
            </w:r>
          </w:p>
        </w:tc>
        <w:tc>
          <w:tcPr>
            <w:tcW w:w="6860" w:type="dxa"/>
            <w:shd w:val="clear" w:color="auto" w:fill="F3F6F8"/>
            <w:tcMar>
              <w:top w:w="100" w:type="dxa"/>
              <w:left w:w="110" w:type="dxa"/>
              <w:bottom w:w="100" w:type="dxa"/>
              <w:right w:w="110" w:type="dxa"/>
            </w:tcMar>
            <w:vAlign w:val="center"/>
          </w:tcPr>
          <w:p w14:paraId="144A5D23"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738610EB" w14:textId="77777777" w:rsidR="007572E7" w:rsidRDefault="007572E7">
            <w:pPr>
              <w:spacing w:line="252" w:lineRule="auto"/>
            </w:pPr>
          </w:p>
        </w:tc>
      </w:tr>
      <w:tr w:rsidR="007572E7" w14:paraId="38EB60EC" w14:textId="77777777">
        <w:trPr>
          <w:cantSplit/>
          <w:jc w:val="center"/>
        </w:trPr>
        <w:tc>
          <w:tcPr>
            <w:tcW w:w="1587" w:type="dxa"/>
            <w:tcMar>
              <w:top w:w="100" w:type="dxa"/>
              <w:left w:w="110" w:type="dxa"/>
              <w:bottom w:w="100" w:type="dxa"/>
              <w:right w:w="110" w:type="dxa"/>
            </w:tcMar>
            <w:vAlign w:val="center"/>
          </w:tcPr>
          <w:p w14:paraId="7C4D6792" w14:textId="77777777" w:rsidR="007572E7" w:rsidRDefault="00832EBB">
            <w:pPr>
              <w:spacing w:line="252" w:lineRule="auto"/>
              <w:jc w:val="center"/>
            </w:pPr>
            <w:r>
              <w:rPr>
                <w:b/>
                <w:sz w:val="16"/>
              </w:rPr>
              <w:t>9.5.2027</w:t>
            </w:r>
          </w:p>
        </w:tc>
        <w:tc>
          <w:tcPr>
            <w:tcW w:w="3118" w:type="dxa"/>
            <w:tcMar>
              <w:top w:w="100" w:type="dxa"/>
              <w:left w:w="110" w:type="dxa"/>
              <w:bottom w:w="100" w:type="dxa"/>
              <w:right w:w="110" w:type="dxa"/>
            </w:tcMar>
            <w:vAlign w:val="center"/>
          </w:tcPr>
          <w:p w14:paraId="3053BAC5" w14:textId="77777777" w:rsidR="007572E7" w:rsidRDefault="00832EBB">
            <w:pPr>
              <w:spacing w:line="252" w:lineRule="auto"/>
            </w:pPr>
            <w:r>
              <w:rPr>
                <w:sz w:val="16"/>
              </w:rPr>
              <w:t>6. sunnuntai pääsiäisestä (Exaudi)</w:t>
            </w:r>
          </w:p>
        </w:tc>
        <w:tc>
          <w:tcPr>
            <w:tcW w:w="6860" w:type="dxa"/>
            <w:tcMar>
              <w:top w:w="100" w:type="dxa"/>
              <w:left w:w="110" w:type="dxa"/>
              <w:bottom w:w="100" w:type="dxa"/>
              <w:right w:w="110" w:type="dxa"/>
            </w:tcMar>
            <w:vAlign w:val="center"/>
          </w:tcPr>
          <w:p w14:paraId="637805D2" w14:textId="77777777" w:rsidR="007572E7" w:rsidRDefault="007572E7">
            <w:pPr>
              <w:spacing w:line="252" w:lineRule="auto"/>
            </w:pPr>
          </w:p>
        </w:tc>
        <w:tc>
          <w:tcPr>
            <w:tcW w:w="3118" w:type="dxa"/>
            <w:tcMar>
              <w:top w:w="100" w:type="dxa"/>
              <w:left w:w="110" w:type="dxa"/>
              <w:bottom w:w="100" w:type="dxa"/>
              <w:right w:w="110" w:type="dxa"/>
            </w:tcMar>
            <w:vAlign w:val="center"/>
          </w:tcPr>
          <w:p w14:paraId="463F29E8" w14:textId="77777777" w:rsidR="007572E7" w:rsidRDefault="007572E7">
            <w:pPr>
              <w:spacing w:line="252" w:lineRule="auto"/>
            </w:pPr>
          </w:p>
        </w:tc>
      </w:tr>
      <w:tr w:rsidR="007572E7" w14:paraId="6400DC5F" w14:textId="77777777">
        <w:trPr>
          <w:cantSplit/>
          <w:jc w:val="center"/>
        </w:trPr>
        <w:tc>
          <w:tcPr>
            <w:tcW w:w="1587" w:type="dxa"/>
            <w:shd w:val="clear" w:color="auto" w:fill="F3F6F8"/>
            <w:tcMar>
              <w:top w:w="100" w:type="dxa"/>
              <w:left w:w="110" w:type="dxa"/>
              <w:bottom w:w="100" w:type="dxa"/>
              <w:right w:w="110" w:type="dxa"/>
            </w:tcMar>
            <w:vAlign w:val="center"/>
          </w:tcPr>
          <w:p w14:paraId="2119569D" w14:textId="77777777" w:rsidR="007572E7" w:rsidRDefault="00832EBB">
            <w:pPr>
              <w:spacing w:line="252" w:lineRule="auto"/>
              <w:jc w:val="center"/>
            </w:pPr>
            <w:r>
              <w:rPr>
                <w:b/>
                <w:sz w:val="16"/>
              </w:rPr>
              <w:t>15.5.2027</w:t>
            </w:r>
          </w:p>
        </w:tc>
        <w:tc>
          <w:tcPr>
            <w:tcW w:w="3118" w:type="dxa"/>
            <w:shd w:val="clear" w:color="auto" w:fill="F3F6F8"/>
            <w:tcMar>
              <w:top w:w="100" w:type="dxa"/>
              <w:left w:w="110" w:type="dxa"/>
              <w:bottom w:w="100" w:type="dxa"/>
              <w:right w:w="110" w:type="dxa"/>
            </w:tcMar>
            <w:vAlign w:val="center"/>
          </w:tcPr>
          <w:p w14:paraId="2ED57C83" w14:textId="77777777" w:rsidR="007572E7" w:rsidRDefault="00832EBB">
            <w:pPr>
              <w:spacing w:line="252" w:lineRule="auto"/>
            </w:pPr>
            <w:r>
              <w:rPr>
                <w:sz w:val="16"/>
              </w:rPr>
              <w:t>Helluntaiaatto</w:t>
            </w:r>
          </w:p>
        </w:tc>
        <w:tc>
          <w:tcPr>
            <w:tcW w:w="6860" w:type="dxa"/>
            <w:shd w:val="clear" w:color="auto" w:fill="F3F6F8"/>
            <w:tcMar>
              <w:top w:w="100" w:type="dxa"/>
              <w:left w:w="110" w:type="dxa"/>
              <w:bottom w:w="100" w:type="dxa"/>
              <w:right w:w="110" w:type="dxa"/>
            </w:tcMar>
            <w:vAlign w:val="center"/>
          </w:tcPr>
          <w:p w14:paraId="3B7B4B86"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3A0FF5F2" w14:textId="77777777" w:rsidR="007572E7" w:rsidRDefault="007572E7">
            <w:pPr>
              <w:spacing w:line="252" w:lineRule="auto"/>
            </w:pPr>
          </w:p>
        </w:tc>
      </w:tr>
      <w:tr w:rsidR="007572E7" w14:paraId="400C717C" w14:textId="77777777">
        <w:trPr>
          <w:cantSplit/>
          <w:jc w:val="center"/>
        </w:trPr>
        <w:tc>
          <w:tcPr>
            <w:tcW w:w="1587" w:type="dxa"/>
            <w:tcMar>
              <w:top w:w="100" w:type="dxa"/>
              <w:left w:w="110" w:type="dxa"/>
              <w:bottom w:w="100" w:type="dxa"/>
              <w:right w:w="110" w:type="dxa"/>
            </w:tcMar>
            <w:vAlign w:val="center"/>
          </w:tcPr>
          <w:p w14:paraId="7BBDA8E4" w14:textId="77777777" w:rsidR="007572E7" w:rsidRDefault="00832EBB">
            <w:pPr>
              <w:spacing w:line="252" w:lineRule="auto"/>
              <w:jc w:val="center"/>
            </w:pPr>
            <w:r>
              <w:rPr>
                <w:b/>
                <w:sz w:val="16"/>
              </w:rPr>
              <w:t>16.5.2027</w:t>
            </w:r>
          </w:p>
        </w:tc>
        <w:tc>
          <w:tcPr>
            <w:tcW w:w="3118" w:type="dxa"/>
            <w:tcMar>
              <w:top w:w="100" w:type="dxa"/>
              <w:left w:w="110" w:type="dxa"/>
              <w:bottom w:w="100" w:type="dxa"/>
              <w:right w:w="110" w:type="dxa"/>
            </w:tcMar>
            <w:vAlign w:val="center"/>
          </w:tcPr>
          <w:p w14:paraId="4EFE2787" w14:textId="77777777" w:rsidR="007572E7" w:rsidRDefault="00832EBB">
            <w:pPr>
              <w:spacing w:line="252" w:lineRule="auto"/>
            </w:pPr>
            <w:r>
              <w:rPr>
                <w:sz w:val="16"/>
              </w:rPr>
              <w:t>Helluntaipäivä</w:t>
            </w:r>
          </w:p>
        </w:tc>
        <w:tc>
          <w:tcPr>
            <w:tcW w:w="6860" w:type="dxa"/>
            <w:tcMar>
              <w:top w:w="100" w:type="dxa"/>
              <w:left w:w="110" w:type="dxa"/>
              <w:bottom w:w="100" w:type="dxa"/>
              <w:right w:w="110" w:type="dxa"/>
            </w:tcMar>
            <w:vAlign w:val="center"/>
          </w:tcPr>
          <w:p w14:paraId="67CEE8F0" w14:textId="77777777" w:rsidR="007572E7" w:rsidRPr="003163D2" w:rsidRDefault="00832EBB">
            <w:pPr>
              <w:spacing w:line="252" w:lineRule="auto"/>
              <w:rPr>
                <w:lang w:val="fi-FI"/>
              </w:rPr>
            </w:pPr>
            <w:r w:rsidRPr="003163D2">
              <w:rPr>
                <w:sz w:val="16"/>
                <w:lang w:val="fi-FI"/>
              </w:rPr>
              <w:t>Lasten ja nuorten koulutuksen tukemiseen kriisitilanteissa.</w:t>
            </w:r>
          </w:p>
        </w:tc>
        <w:tc>
          <w:tcPr>
            <w:tcW w:w="3118" w:type="dxa"/>
            <w:tcMar>
              <w:top w:w="100" w:type="dxa"/>
              <w:left w:w="110" w:type="dxa"/>
              <w:bottom w:w="100" w:type="dxa"/>
              <w:right w:w="110" w:type="dxa"/>
            </w:tcMar>
            <w:vAlign w:val="center"/>
          </w:tcPr>
          <w:p w14:paraId="3940A14B" w14:textId="77777777" w:rsidR="007572E7" w:rsidRDefault="00832EBB">
            <w:pPr>
              <w:spacing w:line="252" w:lineRule="auto"/>
            </w:pPr>
            <w:r>
              <w:rPr>
                <w:sz w:val="16"/>
              </w:rPr>
              <w:t>Kirkon Ulkomaanapu sr.</w:t>
            </w:r>
          </w:p>
        </w:tc>
      </w:tr>
      <w:tr w:rsidR="007572E7" w14:paraId="26FF6058" w14:textId="77777777">
        <w:trPr>
          <w:cantSplit/>
          <w:jc w:val="center"/>
        </w:trPr>
        <w:tc>
          <w:tcPr>
            <w:tcW w:w="1587" w:type="dxa"/>
            <w:shd w:val="clear" w:color="auto" w:fill="F3F6F8"/>
            <w:tcMar>
              <w:top w:w="100" w:type="dxa"/>
              <w:left w:w="110" w:type="dxa"/>
              <w:bottom w:w="100" w:type="dxa"/>
              <w:right w:w="110" w:type="dxa"/>
            </w:tcMar>
            <w:vAlign w:val="center"/>
          </w:tcPr>
          <w:p w14:paraId="6F470FCA" w14:textId="77777777" w:rsidR="007572E7" w:rsidRDefault="00832EBB">
            <w:pPr>
              <w:spacing w:line="252" w:lineRule="auto"/>
              <w:jc w:val="center"/>
            </w:pPr>
            <w:r>
              <w:rPr>
                <w:b/>
                <w:sz w:val="16"/>
              </w:rPr>
              <w:t>23.5.2027</w:t>
            </w:r>
          </w:p>
        </w:tc>
        <w:tc>
          <w:tcPr>
            <w:tcW w:w="3118" w:type="dxa"/>
            <w:shd w:val="clear" w:color="auto" w:fill="F3F6F8"/>
            <w:tcMar>
              <w:top w:w="100" w:type="dxa"/>
              <w:left w:w="110" w:type="dxa"/>
              <w:bottom w:w="100" w:type="dxa"/>
              <w:right w:w="110" w:type="dxa"/>
            </w:tcMar>
            <w:vAlign w:val="center"/>
          </w:tcPr>
          <w:p w14:paraId="7896E7A2" w14:textId="77777777" w:rsidR="007572E7" w:rsidRDefault="00832EBB">
            <w:pPr>
              <w:spacing w:line="252" w:lineRule="auto"/>
            </w:pPr>
            <w:r>
              <w:rPr>
                <w:sz w:val="16"/>
              </w:rPr>
              <w:t>Pyhän Kolminaisuuden päivä</w:t>
            </w:r>
          </w:p>
        </w:tc>
        <w:tc>
          <w:tcPr>
            <w:tcW w:w="6860" w:type="dxa"/>
            <w:shd w:val="clear" w:color="auto" w:fill="F3F6F8"/>
            <w:tcMar>
              <w:top w:w="100" w:type="dxa"/>
              <w:left w:w="110" w:type="dxa"/>
              <w:bottom w:w="100" w:type="dxa"/>
              <w:right w:w="110" w:type="dxa"/>
            </w:tcMar>
            <w:vAlign w:val="center"/>
          </w:tcPr>
          <w:p w14:paraId="5630AD66"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61829076" w14:textId="77777777" w:rsidR="007572E7" w:rsidRDefault="007572E7">
            <w:pPr>
              <w:spacing w:line="252" w:lineRule="auto"/>
            </w:pPr>
          </w:p>
        </w:tc>
      </w:tr>
      <w:tr w:rsidR="007572E7" w14:paraId="4CBDF8A8" w14:textId="77777777">
        <w:trPr>
          <w:cantSplit/>
          <w:jc w:val="center"/>
        </w:trPr>
        <w:tc>
          <w:tcPr>
            <w:tcW w:w="1587" w:type="dxa"/>
            <w:tcMar>
              <w:top w:w="100" w:type="dxa"/>
              <w:left w:w="110" w:type="dxa"/>
              <w:bottom w:w="100" w:type="dxa"/>
              <w:right w:w="110" w:type="dxa"/>
            </w:tcMar>
            <w:vAlign w:val="center"/>
          </w:tcPr>
          <w:p w14:paraId="30E4EDBF" w14:textId="77777777" w:rsidR="007572E7" w:rsidRDefault="00832EBB">
            <w:pPr>
              <w:spacing w:line="252" w:lineRule="auto"/>
              <w:jc w:val="center"/>
            </w:pPr>
            <w:r>
              <w:rPr>
                <w:b/>
                <w:sz w:val="16"/>
              </w:rPr>
              <w:t>30.5.2027</w:t>
            </w:r>
          </w:p>
        </w:tc>
        <w:tc>
          <w:tcPr>
            <w:tcW w:w="3118" w:type="dxa"/>
            <w:tcMar>
              <w:top w:w="100" w:type="dxa"/>
              <w:left w:w="110" w:type="dxa"/>
              <w:bottom w:w="100" w:type="dxa"/>
              <w:right w:w="110" w:type="dxa"/>
            </w:tcMar>
            <w:vAlign w:val="center"/>
          </w:tcPr>
          <w:p w14:paraId="03878231" w14:textId="77777777" w:rsidR="007572E7" w:rsidRDefault="00832EBB">
            <w:pPr>
              <w:spacing w:line="252" w:lineRule="auto"/>
            </w:pPr>
            <w:r>
              <w:rPr>
                <w:sz w:val="16"/>
              </w:rPr>
              <w:t>2. sunnuntai helluntaista</w:t>
            </w:r>
          </w:p>
        </w:tc>
        <w:tc>
          <w:tcPr>
            <w:tcW w:w="6860" w:type="dxa"/>
            <w:tcMar>
              <w:top w:w="100" w:type="dxa"/>
              <w:left w:w="110" w:type="dxa"/>
              <w:bottom w:w="100" w:type="dxa"/>
              <w:right w:w="110" w:type="dxa"/>
            </w:tcMar>
            <w:vAlign w:val="center"/>
          </w:tcPr>
          <w:p w14:paraId="00F510C1" w14:textId="77777777" w:rsidR="007572E7" w:rsidRPr="003163D2" w:rsidRDefault="00832EBB">
            <w:pPr>
              <w:spacing w:line="252" w:lineRule="auto"/>
              <w:rPr>
                <w:lang w:val="fi-FI"/>
              </w:rPr>
            </w:pPr>
            <w:r w:rsidRPr="003163D2">
              <w:rPr>
                <w:sz w:val="16"/>
                <w:lang w:val="fi-FI"/>
              </w:rPr>
              <w:t>Viron kirkon lapsi- nuoriso- ja perhetyön tukemiseksi.</w:t>
            </w:r>
          </w:p>
        </w:tc>
        <w:tc>
          <w:tcPr>
            <w:tcW w:w="3118" w:type="dxa"/>
            <w:tcMar>
              <w:top w:w="100" w:type="dxa"/>
              <w:left w:w="110" w:type="dxa"/>
              <w:bottom w:w="100" w:type="dxa"/>
              <w:right w:w="110" w:type="dxa"/>
            </w:tcMar>
            <w:vAlign w:val="center"/>
          </w:tcPr>
          <w:p w14:paraId="1651E9E9" w14:textId="77777777" w:rsidR="007572E7" w:rsidRDefault="00832EBB">
            <w:pPr>
              <w:spacing w:line="252" w:lineRule="auto"/>
            </w:pPr>
            <w:r>
              <w:rPr>
                <w:sz w:val="16"/>
              </w:rPr>
              <w:t>Evankelinen lähetysyhdistys - ELY ry</w:t>
            </w:r>
          </w:p>
        </w:tc>
      </w:tr>
      <w:tr w:rsidR="007572E7" w14:paraId="5FB4AB0E" w14:textId="77777777">
        <w:trPr>
          <w:cantSplit/>
          <w:jc w:val="center"/>
        </w:trPr>
        <w:tc>
          <w:tcPr>
            <w:tcW w:w="1587" w:type="dxa"/>
            <w:shd w:val="clear" w:color="auto" w:fill="F3F6F8"/>
            <w:tcMar>
              <w:top w:w="100" w:type="dxa"/>
              <w:left w:w="110" w:type="dxa"/>
              <w:bottom w:w="100" w:type="dxa"/>
              <w:right w:w="110" w:type="dxa"/>
            </w:tcMar>
            <w:vAlign w:val="center"/>
          </w:tcPr>
          <w:p w14:paraId="66E594AE" w14:textId="77777777" w:rsidR="007572E7" w:rsidRDefault="00832EBB">
            <w:pPr>
              <w:spacing w:line="252" w:lineRule="auto"/>
              <w:jc w:val="center"/>
            </w:pPr>
            <w:r>
              <w:rPr>
                <w:b/>
                <w:sz w:val="16"/>
              </w:rPr>
              <w:t>6.6.2027</w:t>
            </w:r>
          </w:p>
        </w:tc>
        <w:tc>
          <w:tcPr>
            <w:tcW w:w="3118" w:type="dxa"/>
            <w:shd w:val="clear" w:color="auto" w:fill="F3F6F8"/>
            <w:tcMar>
              <w:top w:w="100" w:type="dxa"/>
              <w:left w:w="110" w:type="dxa"/>
              <w:bottom w:w="100" w:type="dxa"/>
              <w:right w:w="110" w:type="dxa"/>
            </w:tcMar>
            <w:vAlign w:val="center"/>
          </w:tcPr>
          <w:p w14:paraId="65D23B4C" w14:textId="77777777" w:rsidR="007572E7" w:rsidRDefault="00832EBB">
            <w:pPr>
              <w:spacing w:line="252" w:lineRule="auto"/>
            </w:pPr>
            <w:r>
              <w:rPr>
                <w:sz w:val="16"/>
              </w:rPr>
              <w:t>3. sunnuntai helluntaista</w:t>
            </w:r>
          </w:p>
        </w:tc>
        <w:tc>
          <w:tcPr>
            <w:tcW w:w="6860" w:type="dxa"/>
            <w:shd w:val="clear" w:color="auto" w:fill="F3F6F8"/>
            <w:tcMar>
              <w:top w:w="100" w:type="dxa"/>
              <w:left w:w="110" w:type="dxa"/>
              <w:bottom w:w="100" w:type="dxa"/>
              <w:right w:w="110" w:type="dxa"/>
            </w:tcMar>
            <w:vAlign w:val="center"/>
          </w:tcPr>
          <w:p w14:paraId="2BA226A1"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17AD93B2" w14:textId="77777777" w:rsidR="007572E7" w:rsidRDefault="007572E7">
            <w:pPr>
              <w:spacing w:line="252" w:lineRule="auto"/>
            </w:pPr>
          </w:p>
        </w:tc>
      </w:tr>
      <w:tr w:rsidR="007572E7" w14:paraId="040EE2AA" w14:textId="77777777">
        <w:trPr>
          <w:cantSplit/>
          <w:jc w:val="center"/>
        </w:trPr>
        <w:tc>
          <w:tcPr>
            <w:tcW w:w="1587" w:type="dxa"/>
            <w:tcMar>
              <w:top w:w="100" w:type="dxa"/>
              <w:left w:w="110" w:type="dxa"/>
              <w:bottom w:w="100" w:type="dxa"/>
              <w:right w:w="110" w:type="dxa"/>
            </w:tcMar>
            <w:vAlign w:val="center"/>
          </w:tcPr>
          <w:p w14:paraId="732E91E1" w14:textId="77777777" w:rsidR="007572E7" w:rsidRDefault="00832EBB">
            <w:pPr>
              <w:spacing w:line="252" w:lineRule="auto"/>
              <w:jc w:val="center"/>
            </w:pPr>
            <w:r>
              <w:rPr>
                <w:b/>
                <w:sz w:val="16"/>
              </w:rPr>
              <w:t>13.6.2027</w:t>
            </w:r>
          </w:p>
        </w:tc>
        <w:tc>
          <w:tcPr>
            <w:tcW w:w="3118" w:type="dxa"/>
            <w:tcMar>
              <w:top w:w="100" w:type="dxa"/>
              <w:left w:w="110" w:type="dxa"/>
              <w:bottom w:w="100" w:type="dxa"/>
              <w:right w:w="110" w:type="dxa"/>
            </w:tcMar>
            <w:vAlign w:val="center"/>
          </w:tcPr>
          <w:p w14:paraId="63576504" w14:textId="77777777" w:rsidR="007572E7" w:rsidRDefault="00832EBB">
            <w:pPr>
              <w:spacing w:line="252" w:lineRule="auto"/>
            </w:pPr>
            <w:r>
              <w:rPr>
                <w:sz w:val="16"/>
              </w:rPr>
              <w:t>4. sunnuntai helluntaista</w:t>
            </w:r>
          </w:p>
        </w:tc>
        <w:tc>
          <w:tcPr>
            <w:tcW w:w="6860" w:type="dxa"/>
            <w:tcMar>
              <w:top w:w="100" w:type="dxa"/>
              <w:left w:w="110" w:type="dxa"/>
              <w:bottom w:w="100" w:type="dxa"/>
              <w:right w:w="110" w:type="dxa"/>
            </w:tcMar>
            <w:vAlign w:val="center"/>
          </w:tcPr>
          <w:p w14:paraId="5A8A4DBD" w14:textId="77777777" w:rsidR="007572E7" w:rsidRDefault="00832EBB">
            <w:pPr>
              <w:spacing w:line="252" w:lineRule="auto"/>
            </w:pPr>
            <w:r>
              <w:rPr>
                <w:sz w:val="16"/>
              </w:rPr>
              <w:t>Kirkon ulkosuomalaistyöhön.</w:t>
            </w:r>
          </w:p>
        </w:tc>
        <w:tc>
          <w:tcPr>
            <w:tcW w:w="3118" w:type="dxa"/>
            <w:tcMar>
              <w:top w:w="100" w:type="dxa"/>
              <w:left w:w="110" w:type="dxa"/>
              <w:bottom w:w="100" w:type="dxa"/>
              <w:right w:w="110" w:type="dxa"/>
            </w:tcMar>
            <w:vAlign w:val="center"/>
          </w:tcPr>
          <w:p w14:paraId="69F9AFED" w14:textId="77777777" w:rsidR="007572E7" w:rsidRDefault="00832EBB">
            <w:pPr>
              <w:spacing w:line="252" w:lineRule="auto"/>
            </w:pPr>
            <w:r>
              <w:rPr>
                <w:sz w:val="16"/>
              </w:rPr>
              <w:t>Kirkkohallitus</w:t>
            </w:r>
          </w:p>
        </w:tc>
      </w:tr>
      <w:tr w:rsidR="007572E7" w:rsidRPr="009D031D" w14:paraId="54004B6A" w14:textId="77777777">
        <w:trPr>
          <w:cantSplit/>
          <w:jc w:val="center"/>
        </w:trPr>
        <w:tc>
          <w:tcPr>
            <w:tcW w:w="1587" w:type="dxa"/>
            <w:shd w:val="clear" w:color="auto" w:fill="F3F6F8"/>
            <w:tcMar>
              <w:top w:w="100" w:type="dxa"/>
              <w:left w:w="110" w:type="dxa"/>
              <w:bottom w:w="100" w:type="dxa"/>
              <w:right w:w="110" w:type="dxa"/>
            </w:tcMar>
            <w:vAlign w:val="center"/>
          </w:tcPr>
          <w:p w14:paraId="007EE5B9" w14:textId="77777777" w:rsidR="007572E7" w:rsidRDefault="00832EBB">
            <w:pPr>
              <w:spacing w:line="252" w:lineRule="auto"/>
              <w:jc w:val="center"/>
            </w:pPr>
            <w:r>
              <w:rPr>
                <w:b/>
                <w:sz w:val="16"/>
              </w:rPr>
              <w:t>20.6.2027</w:t>
            </w:r>
          </w:p>
        </w:tc>
        <w:tc>
          <w:tcPr>
            <w:tcW w:w="3118" w:type="dxa"/>
            <w:shd w:val="clear" w:color="auto" w:fill="F3F6F8"/>
            <w:tcMar>
              <w:top w:w="100" w:type="dxa"/>
              <w:left w:w="110" w:type="dxa"/>
              <w:bottom w:w="100" w:type="dxa"/>
              <w:right w:w="110" w:type="dxa"/>
            </w:tcMar>
            <w:vAlign w:val="center"/>
          </w:tcPr>
          <w:p w14:paraId="404092B4" w14:textId="77777777" w:rsidR="007572E7" w:rsidRDefault="00832EBB">
            <w:pPr>
              <w:spacing w:line="252" w:lineRule="auto"/>
            </w:pPr>
            <w:r>
              <w:rPr>
                <w:sz w:val="16"/>
              </w:rPr>
              <w:t>5. sunnuntai helluntaista</w:t>
            </w:r>
          </w:p>
        </w:tc>
        <w:tc>
          <w:tcPr>
            <w:tcW w:w="6860" w:type="dxa"/>
            <w:shd w:val="clear" w:color="auto" w:fill="F3F6F8"/>
            <w:tcMar>
              <w:top w:w="100" w:type="dxa"/>
              <w:left w:w="110" w:type="dxa"/>
              <w:bottom w:w="100" w:type="dxa"/>
              <w:right w:w="110" w:type="dxa"/>
            </w:tcMar>
            <w:vAlign w:val="center"/>
          </w:tcPr>
          <w:p w14:paraId="00881744" w14:textId="77777777" w:rsidR="007572E7" w:rsidRPr="003163D2" w:rsidRDefault="00832EBB">
            <w:pPr>
              <w:spacing w:line="252" w:lineRule="auto"/>
              <w:rPr>
                <w:lang w:val="fi-FI"/>
              </w:rPr>
            </w:pPr>
            <w:r w:rsidRPr="003163D2">
              <w:rPr>
                <w:sz w:val="16"/>
                <w:lang w:val="fi-FI"/>
              </w:rPr>
              <w:t>Nuorten mielen hyvinvoinnin tukemiseen Lasten ja nuorten keskus ry:n kautta.</w:t>
            </w:r>
          </w:p>
        </w:tc>
        <w:tc>
          <w:tcPr>
            <w:tcW w:w="3118" w:type="dxa"/>
            <w:shd w:val="clear" w:color="auto" w:fill="F3F6F8"/>
            <w:tcMar>
              <w:top w:w="100" w:type="dxa"/>
              <w:left w:w="110" w:type="dxa"/>
              <w:bottom w:w="100" w:type="dxa"/>
              <w:right w:w="110" w:type="dxa"/>
            </w:tcMar>
            <w:vAlign w:val="center"/>
          </w:tcPr>
          <w:p w14:paraId="6A5B5566" w14:textId="77777777" w:rsidR="007572E7" w:rsidRPr="003163D2" w:rsidRDefault="00832EBB">
            <w:pPr>
              <w:spacing w:line="252" w:lineRule="auto"/>
              <w:rPr>
                <w:lang w:val="fi-FI"/>
              </w:rPr>
            </w:pPr>
            <w:r w:rsidRPr="003163D2">
              <w:rPr>
                <w:sz w:val="16"/>
                <w:lang w:val="fi-FI"/>
              </w:rPr>
              <w:t>Lasten ja nuorten keskus ry.</w:t>
            </w:r>
          </w:p>
        </w:tc>
      </w:tr>
      <w:tr w:rsidR="007572E7" w14:paraId="62E9ADD3" w14:textId="77777777">
        <w:trPr>
          <w:cantSplit/>
          <w:jc w:val="center"/>
        </w:trPr>
        <w:tc>
          <w:tcPr>
            <w:tcW w:w="1587" w:type="dxa"/>
            <w:tcMar>
              <w:top w:w="100" w:type="dxa"/>
              <w:left w:w="110" w:type="dxa"/>
              <w:bottom w:w="100" w:type="dxa"/>
              <w:right w:w="110" w:type="dxa"/>
            </w:tcMar>
            <w:vAlign w:val="center"/>
          </w:tcPr>
          <w:p w14:paraId="24F787CC" w14:textId="77777777" w:rsidR="007572E7" w:rsidRDefault="00832EBB">
            <w:pPr>
              <w:spacing w:line="252" w:lineRule="auto"/>
              <w:jc w:val="center"/>
            </w:pPr>
            <w:r>
              <w:rPr>
                <w:b/>
                <w:sz w:val="16"/>
              </w:rPr>
              <w:t>26.6.2027</w:t>
            </w:r>
          </w:p>
        </w:tc>
        <w:tc>
          <w:tcPr>
            <w:tcW w:w="3118" w:type="dxa"/>
            <w:tcMar>
              <w:top w:w="100" w:type="dxa"/>
              <w:left w:w="110" w:type="dxa"/>
              <w:bottom w:w="100" w:type="dxa"/>
              <w:right w:w="110" w:type="dxa"/>
            </w:tcMar>
            <w:vAlign w:val="center"/>
          </w:tcPr>
          <w:p w14:paraId="01D177CF" w14:textId="77777777" w:rsidR="007572E7" w:rsidRDefault="00832EBB">
            <w:pPr>
              <w:spacing w:line="252" w:lineRule="auto"/>
            </w:pPr>
            <w:r>
              <w:rPr>
                <w:sz w:val="16"/>
              </w:rPr>
              <w:t>Juhannnuspäivä (Johannes Kastajan päivä)</w:t>
            </w:r>
          </w:p>
        </w:tc>
        <w:tc>
          <w:tcPr>
            <w:tcW w:w="6860" w:type="dxa"/>
            <w:tcMar>
              <w:top w:w="100" w:type="dxa"/>
              <w:left w:w="110" w:type="dxa"/>
              <w:bottom w:w="100" w:type="dxa"/>
              <w:right w:w="110" w:type="dxa"/>
            </w:tcMar>
            <w:vAlign w:val="center"/>
          </w:tcPr>
          <w:p w14:paraId="0DE4B5B7" w14:textId="77777777" w:rsidR="007572E7" w:rsidRDefault="007572E7">
            <w:pPr>
              <w:spacing w:line="252" w:lineRule="auto"/>
            </w:pPr>
          </w:p>
        </w:tc>
        <w:tc>
          <w:tcPr>
            <w:tcW w:w="3118" w:type="dxa"/>
            <w:tcMar>
              <w:top w:w="100" w:type="dxa"/>
              <w:left w:w="110" w:type="dxa"/>
              <w:bottom w:w="100" w:type="dxa"/>
              <w:right w:w="110" w:type="dxa"/>
            </w:tcMar>
            <w:vAlign w:val="center"/>
          </w:tcPr>
          <w:p w14:paraId="66204FF1" w14:textId="77777777" w:rsidR="007572E7" w:rsidRDefault="007572E7">
            <w:pPr>
              <w:spacing w:line="252" w:lineRule="auto"/>
            </w:pPr>
          </w:p>
        </w:tc>
      </w:tr>
      <w:tr w:rsidR="007572E7" w14:paraId="7A279989" w14:textId="77777777">
        <w:trPr>
          <w:cantSplit/>
          <w:jc w:val="center"/>
        </w:trPr>
        <w:tc>
          <w:tcPr>
            <w:tcW w:w="1587" w:type="dxa"/>
            <w:shd w:val="clear" w:color="auto" w:fill="F3F6F8"/>
            <w:tcMar>
              <w:top w:w="100" w:type="dxa"/>
              <w:left w:w="110" w:type="dxa"/>
              <w:bottom w:w="100" w:type="dxa"/>
              <w:right w:w="110" w:type="dxa"/>
            </w:tcMar>
            <w:vAlign w:val="center"/>
          </w:tcPr>
          <w:p w14:paraId="6C496FFE" w14:textId="77777777" w:rsidR="007572E7" w:rsidRDefault="00832EBB">
            <w:pPr>
              <w:spacing w:line="252" w:lineRule="auto"/>
              <w:jc w:val="center"/>
            </w:pPr>
            <w:r>
              <w:rPr>
                <w:b/>
                <w:sz w:val="16"/>
              </w:rPr>
              <w:t>27.6.2027</w:t>
            </w:r>
          </w:p>
        </w:tc>
        <w:tc>
          <w:tcPr>
            <w:tcW w:w="3118" w:type="dxa"/>
            <w:shd w:val="clear" w:color="auto" w:fill="F3F6F8"/>
            <w:tcMar>
              <w:top w:w="100" w:type="dxa"/>
              <w:left w:w="110" w:type="dxa"/>
              <w:bottom w:w="100" w:type="dxa"/>
              <w:right w:w="110" w:type="dxa"/>
            </w:tcMar>
            <w:vAlign w:val="center"/>
          </w:tcPr>
          <w:p w14:paraId="23A8CD71" w14:textId="77777777" w:rsidR="007572E7" w:rsidRDefault="00832EBB">
            <w:pPr>
              <w:spacing w:line="252" w:lineRule="auto"/>
            </w:pPr>
            <w:r>
              <w:rPr>
                <w:sz w:val="16"/>
              </w:rPr>
              <w:t>Apostolien päivä</w:t>
            </w:r>
          </w:p>
        </w:tc>
        <w:tc>
          <w:tcPr>
            <w:tcW w:w="6860" w:type="dxa"/>
            <w:shd w:val="clear" w:color="auto" w:fill="F3F6F8"/>
            <w:tcMar>
              <w:top w:w="100" w:type="dxa"/>
              <w:left w:w="110" w:type="dxa"/>
              <w:bottom w:w="100" w:type="dxa"/>
              <w:right w:w="110" w:type="dxa"/>
            </w:tcMar>
            <w:vAlign w:val="center"/>
          </w:tcPr>
          <w:p w14:paraId="2DBF0D7D"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6B62F1B3" w14:textId="77777777" w:rsidR="007572E7" w:rsidRDefault="007572E7">
            <w:pPr>
              <w:spacing w:line="252" w:lineRule="auto"/>
            </w:pPr>
          </w:p>
        </w:tc>
      </w:tr>
      <w:tr w:rsidR="007572E7" w14:paraId="349CF2A0" w14:textId="77777777">
        <w:trPr>
          <w:cantSplit/>
          <w:jc w:val="center"/>
        </w:trPr>
        <w:tc>
          <w:tcPr>
            <w:tcW w:w="1587" w:type="dxa"/>
            <w:tcMar>
              <w:top w:w="100" w:type="dxa"/>
              <w:left w:w="110" w:type="dxa"/>
              <w:bottom w:w="100" w:type="dxa"/>
              <w:right w:w="110" w:type="dxa"/>
            </w:tcMar>
            <w:vAlign w:val="center"/>
          </w:tcPr>
          <w:p w14:paraId="641CD4CA" w14:textId="77777777" w:rsidR="007572E7" w:rsidRDefault="00832EBB">
            <w:pPr>
              <w:spacing w:line="252" w:lineRule="auto"/>
              <w:jc w:val="center"/>
            </w:pPr>
            <w:r>
              <w:rPr>
                <w:b/>
                <w:sz w:val="16"/>
              </w:rPr>
              <w:t>4.7.2027</w:t>
            </w:r>
          </w:p>
        </w:tc>
        <w:tc>
          <w:tcPr>
            <w:tcW w:w="3118" w:type="dxa"/>
            <w:tcMar>
              <w:top w:w="100" w:type="dxa"/>
              <w:left w:w="110" w:type="dxa"/>
              <w:bottom w:w="100" w:type="dxa"/>
              <w:right w:w="110" w:type="dxa"/>
            </w:tcMar>
            <w:vAlign w:val="center"/>
          </w:tcPr>
          <w:p w14:paraId="232C838B" w14:textId="77777777" w:rsidR="007572E7" w:rsidRDefault="00832EBB">
            <w:pPr>
              <w:spacing w:line="252" w:lineRule="auto"/>
            </w:pPr>
            <w:r>
              <w:rPr>
                <w:sz w:val="16"/>
              </w:rPr>
              <w:t>7. sunnuntai helluntaista</w:t>
            </w:r>
          </w:p>
        </w:tc>
        <w:tc>
          <w:tcPr>
            <w:tcW w:w="6860" w:type="dxa"/>
            <w:tcMar>
              <w:top w:w="100" w:type="dxa"/>
              <w:left w:w="110" w:type="dxa"/>
              <w:bottom w:w="100" w:type="dxa"/>
              <w:right w:w="110" w:type="dxa"/>
            </w:tcMar>
            <w:vAlign w:val="center"/>
          </w:tcPr>
          <w:p w14:paraId="52CB1425" w14:textId="77777777" w:rsidR="007572E7" w:rsidRPr="003163D2" w:rsidRDefault="00832EBB">
            <w:pPr>
              <w:spacing w:line="252" w:lineRule="auto"/>
              <w:rPr>
                <w:lang w:val="fi-FI"/>
              </w:rPr>
            </w:pPr>
            <w:r w:rsidRPr="003163D2">
              <w:rPr>
                <w:sz w:val="16"/>
                <w:lang w:val="fi-FI"/>
              </w:rPr>
              <w:t>Naisten aseman vahvistamiseen maissa, joissa he joutuvat kärsimään sukupuoleen perustuvasta väkivallasta ja alistamisesta.</w:t>
            </w:r>
          </w:p>
        </w:tc>
        <w:tc>
          <w:tcPr>
            <w:tcW w:w="3118" w:type="dxa"/>
            <w:tcMar>
              <w:top w:w="100" w:type="dxa"/>
              <w:left w:w="110" w:type="dxa"/>
              <w:bottom w:w="100" w:type="dxa"/>
              <w:right w:w="110" w:type="dxa"/>
            </w:tcMar>
            <w:vAlign w:val="center"/>
          </w:tcPr>
          <w:p w14:paraId="7E5A6861" w14:textId="77777777" w:rsidR="007572E7" w:rsidRDefault="00832EBB">
            <w:pPr>
              <w:spacing w:line="252" w:lineRule="auto"/>
            </w:pPr>
            <w:r>
              <w:rPr>
                <w:sz w:val="16"/>
              </w:rPr>
              <w:t>Suomen Lähetysseura ry</w:t>
            </w:r>
          </w:p>
        </w:tc>
      </w:tr>
      <w:tr w:rsidR="007572E7" w14:paraId="7BAA0964" w14:textId="77777777">
        <w:trPr>
          <w:cantSplit/>
          <w:jc w:val="center"/>
        </w:trPr>
        <w:tc>
          <w:tcPr>
            <w:tcW w:w="1587" w:type="dxa"/>
            <w:shd w:val="clear" w:color="auto" w:fill="F3F6F8"/>
            <w:tcMar>
              <w:top w:w="100" w:type="dxa"/>
              <w:left w:w="110" w:type="dxa"/>
              <w:bottom w:w="100" w:type="dxa"/>
              <w:right w:w="110" w:type="dxa"/>
            </w:tcMar>
            <w:vAlign w:val="center"/>
          </w:tcPr>
          <w:p w14:paraId="2792EAEA" w14:textId="77777777" w:rsidR="007572E7" w:rsidRDefault="00832EBB">
            <w:pPr>
              <w:spacing w:line="252" w:lineRule="auto"/>
              <w:jc w:val="center"/>
            </w:pPr>
            <w:r>
              <w:rPr>
                <w:b/>
                <w:sz w:val="16"/>
              </w:rPr>
              <w:t>11.7.2027</w:t>
            </w:r>
          </w:p>
        </w:tc>
        <w:tc>
          <w:tcPr>
            <w:tcW w:w="3118" w:type="dxa"/>
            <w:shd w:val="clear" w:color="auto" w:fill="F3F6F8"/>
            <w:tcMar>
              <w:top w:w="100" w:type="dxa"/>
              <w:left w:w="110" w:type="dxa"/>
              <w:bottom w:w="100" w:type="dxa"/>
              <w:right w:w="110" w:type="dxa"/>
            </w:tcMar>
            <w:vAlign w:val="center"/>
          </w:tcPr>
          <w:p w14:paraId="3DEE6BDF" w14:textId="77777777" w:rsidR="007572E7" w:rsidRDefault="00832EBB">
            <w:pPr>
              <w:spacing w:line="252" w:lineRule="auto"/>
            </w:pPr>
            <w:r>
              <w:rPr>
                <w:sz w:val="16"/>
              </w:rPr>
              <w:t>Kirkastussunnuntai (Kristuksen kirkastumisen päivä)</w:t>
            </w:r>
          </w:p>
        </w:tc>
        <w:tc>
          <w:tcPr>
            <w:tcW w:w="6860" w:type="dxa"/>
            <w:shd w:val="clear" w:color="auto" w:fill="F3F6F8"/>
            <w:tcMar>
              <w:top w:w="100" w:type="dxa"/>
              <w:left w:w="110" w:type="dxa"/>
              <w:bottom w:w="100" w:type="dxa"/>
              <w:right w:w="110" w:type="dxa"/>
            </w:tcMar>
            <w:vAlign w:val="center"/>
          </w:tcPr>
          <w:p w14:paraId="02F2C34E"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680A4E5D" w14:textId="77777777" w:rsidR="007572E7" w:rsidRDefault="007572E7">
            <w:pPr>
              <w:spacing w:line="252" w:lineRule="auto"/>
            </w:pPr>
          </w:p>
        </w:tc>
      </w:tr>
      <w:tr w:rsidR="007572E7" w14:paraId="50C7A5F2" w14:textId="77777777">
        <w:trPr>
          <w:cantSplit/>
          <w:jc w:val="center"/>
        </w:trPr>
        <w:tc>
          <w:tcPr>
            <w:tcW w:w="1587" w:type="dxa"/>
            <w:tcMar>
              <w:top w:w="100" w:type="dxa"/>
              <w:left w:w="110" w:type="dxa"/>
              <w:bottom w:w="100" w:type="dxa"/>
              <w:right w:w="110" w:type="dxa"/>
            </w:tcMar>
            <w:vAlign w:val="center"/>
          </w:tcPr>
          <w:p w14:paraId="4BFB7E67" w14:textId="77777777" w:rsidR="007572E7" w:rsidRDefault="00832EBB">
            <w:pPr>
              <w:spacing w:line="252" w:lineRule="auto"/>
              <w:jc w:val="center"/>
            </w:pPr>
            <w:r>
              <w:rPr>
                <w:b/>
                <w:sz w:val="16"/>
              </w:rPr>
              <w:t>18.7.2027</w:t>
            </w:r>
          </w:p>
        </w:tc>
        <w:tc>
          <w:tcPr>
            <w:tcW w:w="3118" w:type="dxa"/>
            <w:tcMar>
              <w:top w:w="100" w:type="dxa"/>
              <w:left w:w="110" w:type="dxa"/>
              <w:bottom w:w="100" w:type="dxa"/>
              <w:right w:w="110" w:type="dxa"/>
            </w:tcMar>
            <w:vAlign w:val="center"/>
          </w:tcPr>
          <w:p w14:paraId="51E7F9CB" w14:textId="77777777" w:rsidR="007572E7" w:rsidRDefault="00832EBB">
            <w:pPr>
              <w:spacing w:line="252" w:lineRule="auto"/>
            </w:pPr>
            <w:r>
              <w:rPr>
                <w:sz w:val="16"/>
              </w:rPr>
              <w:t>9.sunnuntai helluntaista</w:t>
            </w:r>
          </w:p>
        </w:tc>
        <w:tc>
          <w:tcPr>
            <w:tcW w:w="6860" w:type="dxa"/>
            <w:tcMar>
              <w:top w:w="100" w:type="dxa"/>
              <w:left w:w="110" w:type="dxa"/>
              <w:bottom w:w="100" w:type="dxa"/>
              <w:right w:w="110" w:type="dxa"/>
            </w:tcMar>
            <w:vAlign w:val="center"/>
          </w:tcPr>
          <w:p w14:paraId="19219836" w14:textId="77777777" w:rsidR="007572E7" w:rsidRDefault="007572E7">
            <w:pPr>
              <w:spacing w:line="252" w:lineRule="auto"/>
            </w:pPr>
          </w:p>
        </w:tc>
        <w:tc>
          <w:tcPr>
            <w:tcW w:w="3118" w:type="dxa"/>
            <w:tcMar>
              <w:top w:w="100" w:type="dxa"/>
              <w:left w:w="110" w:type="dxa"/>
              <w:bottom w:w="100" w:type="dxa"/>
              <w:right w:w="110" w:type="dxa"/>
            </w:tcMar>
            <w:vAlign w:val="center"/>
          </w:tcPr>
          <w:p w14:paraId="296FEF7D" w14:textId="77777777" w:rsidR="007572E7" w:rsidRDefault="007572E7">
            <w:pPr>
              <w:spacing w:line="252" w:lineRule="auto"/>
            </w:pPr>
          </w:p>
        </w:tc>
      </w:tr>
      <w:tr w:rsidR="007572E7" w14:paraId="5528DCA8" w14:textId="77777777">
        <w:trPr>
          <w:cantSplit/>
          <w:jc w:val="center"/>
        </w:trPr>
        <w:tc>
          <w:tcPr>
            <w:tcW w:w="1587" w:type="dxa"/>
            <w:shd w:val="clear" w:color="auto" w:fill="F3F6F8"/>
            <w:tcMar>
              <w:top w:w="100" w:type="dxa"/>
              <w:left w:w="110" w:type="dxa"/>
              <w:bottom w:w="100" w:type="dxa"/>
              <w:right w:w="110" w:type="dxa"/>
            </w:tcMar>
            <w:vAlign w:val="center"/>
          </w:tcPr>
          <w:p w14:paraId="1A286CD2" w14:textId="77777777" w:rsidR="007572E7" w:rsidRDefault="00832EBB">
            <w:pPr>
              <w:spacing w:line="252" w:lineRule="auto"/>
              <w:jc w:val="center"/>
            </w:pPr>
            <w:r>
              <w:rPr>
                <w:b/>
                <w:sz w:val="16"/>
              </w:rPr>
              <w:t>25.7.2027</w:t>
            </w:r>
          </w:p>
        </w:tc>
        <w:tc>
          <w:tcPr>
            <w:tcW w:w="3118" w:type="dxa"/>
            <w:shd w:val="clear" w:color="auto" w:fill="F3F6F8"/>
            <w:tcMar>
              <w:top w:w="100" w:type="dxa"/>
              <w:left w:w="110" w:type="dxa"/>
              <w:bottom w:w="100" w:type="dxa"/>
              <w:right w:w="110" w:type="dxa"/>
            </w:tcMar>
            <w:vAlign w:val="center"/>
          </w:tcPr>
          <w:p w14:paraId="0F23B9E6" w14:textId="77777777" w:rsidR="007572E7" w:rsidRDefault="00832EBB">
            <w:pPr>
              <w:spacing w:line="252" w:lineRule="auto"/>
            </w:pPr>
            <w:r>
              <w:rPr>
                <w:sz w:val="16"/>
              </w:rPr>
              <w:t>10. sunnuntai helluntaista</w:t>
            </w:r>
          </w:p>
        </w:tc>
        <w:tc>
          <w:tcPr>
            <w:tcW w:w="6860" w:type="dxa"/>
            <w:shd w:val="clear" w:color="auto" w:fill="F3F6F8"/>
            <w:tcMar>
              <w:top w:w="100" w:type="dxa"/>
              <w:left w:w="110" w:type="dxa"/>
              <w:bottom w:w="100" w:type="dxa"/>
              <w:right w:w="110" w:type="dxa"/>
            </w:tcMar>
            <w:vAlign w:val="center"/>
          </w:tcPr>
          <w:p w14:paraId="7194DBDC"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769D0D3C" w14:textId="77777777" w:rsidR="007572E7" w:rsidRDefault="007572E7">
            <w:pPr>
              <w:spacing w:line="252" w:lineRule="auto"/>
            </w:pPr>
          </w:p>
        </w:tc>
      </w:tr>
      <w:tr w:rsidR="007572E7" w14:paraId="0ACB3B52" w14:textId="77777777">
        <w:trPr>
          <w:cantSplit/>
          <w:jc w:val="center"/>
        </w:trPr>
        <w:tc>
          <w:tcPr>
            <w:tcW w:w="1587" w:type="dxa"/>
            <w:tcMar>
              <w:top w:w="100" w:type="dxa"/>
              <w:left w:w="110" w:type="dxa"/>
              <w:bottom w:w="100" w:type="dxa"/>
              <w:right w:w="110" w:type="dxa"/>
            </w:tcMar>
            <w:vAlign w:val="center"/>
          </w:tcPr>
          <w:p w14:paraId="59BF5691" w14:textId="77777777" w:rsidR="007572E7" w:rsidRDefault="00832EBB">
            <w:pPr>
              <w:spacing w:line="252" w:lineRule="auto"/>
              <w:jc w:val="center"/>
            </w:pPr>
            <w:r>
              <w:rPr>
                <w:b/>
                <w:sz w:val="16"/>
              </w:rPr>
              <w:t>1.8.2027</w:t>
            </w:r>
          </w:p>
        </w:tc>
        <w:tc>
          <w:tcPr>
            <w:tcW w:w="3118" w:type="dxa"/>
            <w:tcMar>
              <w:top w:w="100" w:type="dxa"/>
              <w:left w:w="110" w:type="dxa"/>
              <w:bottom w:w="100" w:type="dxa"/>
              <w:right w:w="110" w:type="dxa"/>
            </w:tcMar>
            <w:vAlign w:val="center"/>
          </w:tcPr>
          <w:p w14:paraId="754A4EE9" w14:textId="77777777" w:rsidR="007572E7" w:rsidRDefault="00832EBB">
            <w:pPr>
              <w:spacing w:line="252" w:lineRule="auto"/>
            </w:pPr>
            <w:r>
              <w:rPr>
                <w:sz w:val="16"/>
              </w:rPr>
              <w:t>11. Sunnuntai helluntaista</w:t>
            </w:r>
          </w:p>
        </w:tc>
        <w:tc>
          <w:tcPr>
            <w:tcW w:w="6860" w:type="dxa"/>
            <w:tcMar>
              <w:top w:w="100" w:type="dxa"/>
              <w:left w:w="110" w:type="dxa"/>
              <w:bottom w:w="100" w:type="dxa"/>
              <w:right w:w="110" w:type="dxa"/>
            </w:tcMar>
            <w:vAlign w:val="center"/>
          </w:tcPr>
          <w:p w14:paraId="54CD245A" w14:textId="77777777" w:rsidR="007572E7" w:rsidRDefault="007572E7">
            <w:pPr>
              <w:spacing w:line="252" w:lineRule="auto"/>
            </w:pPr>
          </w:p>
        </w:tc>
        <w:tc>
          <w:tcPr>
            <w:tcW w:w="3118" w:type="dxa"/>
            <w:tcMar>
              <w:top w:w="100" w:type="dxa"/>
              <w:left w:w="110" w:type="dxa"/>
              <w:bottom w:w="100" w:type="dxa"/>
              <w:right w:w="110" w:type="dxa"/>
            </w:tcMar>
            <w:vAlign w:val="center"/>
          </w:tcPr>
          <w:p w14:paraId="1231BE67" w14:textId="77777777" w:rsidR="007572E7" w:rsidRDefault="007572E7">
            <w:pPr>
              <w:spacing w:line="252" w:lineRule="auto"/>
            </w:pPr>
          </w:p>
        </w:tc>
      </w:tr>
      <w:tr w:rsidR="007572E7" w14:paraId="1ACB51C3" w14:textId="77777777">
        <w:trPr>
          <w:cantSplit/>
          <w:jc w:val="center"/>
        </w:trPr>
        <w:tc>
          <w:tcPr>
            <w:tcW w:w="1587" w:type="dxa"/>
            <w:shd w:val="clear" w:color="auto" w:fill="F3F6F8"/>
            <w:tcMar>
              <w:top w:w="100" w:type="dxa"/>
              <w:left w:w="110" w:type="dxa"/>
              <w:bottom w:w="100" w:type="dxa"/>
              <w:right w:w="110" w:type="dxa"/>
            </w:tcMar>
            <w:vAlign w:val="center"/>
          </w:tcPr>
          <w:p w14:paraId="58A3F4BC" w14:textId="77777777" w:rsidR="007572E7" w:rsidRDefault="00832EBB">
            <w:pPr>
              <w:spacing w:line="252" w:lineRule="auto"/>
              <w:jc w:val="center"/>
            </w:pPr>
            <w:r>
              <w:rPr>
                <w:b/>
                <w:sz w:val="16"/>
              </w:rPr>
              <w:t>8.8.2027</w:t>
            </w:r>
          </w:p>
        </w:tc>
        <w:tc>
          <w:tcPr>
            <w:tcW w:w="3118" w:type="dxa"/>
            <w:shd w:val="clear" w:color="auto" w:fill="F3F6F8"/>
            <w:tcMar>
              <w:top w:w="100" w:type="dxa"/>
              <w:left w:w="110" w:type="dxa"/>
              <w:bottom w:w="100" w:type="dxa"/>
              <w:right w:w="110" w:type="dxa"/>
            </w:tcMar>
            <w:vAlign w:val="center"/>
          </w:tcPr>
          <w:p w14:paraId="5213940F" w14:textId="77777777" w:rsidR="007572E7" w:rsidRDefault="00832EBB">
            <w:pPr>
              <w:spacing w:line="252" w:lineRule="auto"/>
            </w:pPr>
            <w:r>
              <w:rPr>
                <w:sz w:val="16"/>
              </w:rPr>
              <w:t>12. sunnuntai helluntaista</w:t>
            </w:r>
          </w:p>
        </w:tc>
        <w:tc>
          <w:tcPr>
            <w:tcW w:w="6860" w:type="dxa"/>
            <w:shd w:val="clear" w:color="auto" w:fill="F3F6F8"/>
            <w:tcMar>
              <w:top w:w="100" w:type="dxa"/>
              <w:left w:w="110" w:type="dxa"/>
              <w:bottom w:w="100" w:type="dxa"/>
              <w:right w:w="110" w:type="dxa"/>
            </w:tcMar>
            <w:vAlign w:val="center"/>
          </w:tcPr>
          <w:p w14:paraId="111BB73C" w14:textId="77777777" w:rsidR="007572E7" w:rsidRPr="003163D2" w:rsidRDefault="00832EBB">
            <w:pPr>
              <w:spacing w:line="252" w:lineRule="auto"/>
              <w:rPr>
                <w:lang w:val="fi-FI"/>
              </w:rPr>
            </w:pPr>
            <w:r w:rsidRPr="003163D2">
              <w:rPr>
                <w:sz w:val="16"/>
                <w:lang w:val="fi-FI"/>
              </w:rPr>
              <w:t>Kirkon kansainvälisen työn ja diakonian tukemiseen maailmalla.</w:t>
            </w:r>
          </w:p>
        </w:tc>
        <w:tc>
          <w:tcPr>
            <w:tcW w:w="3118" w:type="dxa"/>
            <w:shd w:val="clear" w:color="auto" w:fill="F3F6F8"/>
            <w:tcMar>
              <w:top w:w="100" w:type="dxa"/>
              <w:left w:w="110" w:type="dxa"/>
              <w:bottom w:w="100" w:type="dxa"/>
              <w:right w:w="110" w:type="dxa"/>
            </w:tcMar>
            <w:vAlign w:val="center"/>
          </w:tcPr>
          <w:p w14:paraId="0444DD92" w14:textId="77777777" w:rsidR="007572E7" w:rsidRDefault="00832EBB">
            <w:pPr>
              <w:spacing w:line="252" w:lineRule="auto"/>
            </w:pPr>
            <w:r>
              <w:rPr>
                <w:sz w:val="16"/>
              </w:rPr>
              <w:t>Viralliset lähetysjärjestöt tai KUA</w:t>
            </w:r>
          </w:p>
        </w:tc>
      </w:tr>
      <w:tr w:rsidR="007572E7" w14:paraId="1D301FD7" w14:textId="77777777">
        <w:trPr>
          <w:cantSplit/>
          <w:jc w:val="center"/>
        </w:trPr>
        <w:tc>
          <w:tcPr>
            <w:tcW w:w="1587" w:type="dxa"/>
            <w:tcMar>
              <w:top w:w="100" w:type="dxa"/>
              <w:left w:w="110" w:type="dxa"/>
              <w:bottom w:w="100" w:type="dxa"/>
              <w:right w:w="110" w:type="dxa"/>
            </w:tcMar>
            <w:vAlign w:val="center"/>
          </w:tcPr>
          <w:p w14:paraId="1E636CA5" w14:textId="77777777" w:rsidR="007572E7" w:rsidRDefault="00832EBB">
            <w:pPr>
              <w:spacing w:line="252" w:lineRule="auto"/>
              <w:jc w:val="center"/>
            </w:pPr>
            <w:r>
              <w:rPr>
                <w:b/>
                <w:sz w:val="16"/>
              </w:rPr>
              <w:t>15.8.2027</w:t>
            </w:r>
          </w:p>
        </w:tc>
        <w:tc>
          <w:tcPr>
            <w:tcW w:w="3118" w:type="dxa"/>
            <w:tcMar>
              <w:top w:w="100" w:type="dxa"/>
              <w:left w:w="110" w:type="dxa"/>
              <w:bottom w:w="100" w:type="dxa"/>
              <w:right w:w="110" w:type="dxa"/>
            </w:tcMar>
            <w:vAlign w:val="center"/>
          </w:tcPr>
          <w:p w14:paraId="4EE822C2" w14:textId="77777777" w:rsidR="007572E7" w:rsidRDefault="00832EBB">
            <w:pPr>
              <w:spacing w:line="252" w:lineRule="auto"/>
            </w:pPr>
            <w:r>
              <w:rPr>
                <w:sz w:val="16"/>
              </w:rPr>
              <w:t>13. sunnuntai helluntaista</w:t>
            </w:r>
          </w:p>
        </w:tc>
        <w:tc>
          <w:tcPr>
            <w:tcW w:w="6860" w:type="dxa"/>
            <w:tcMar>
              <w:top w:w="100" w:type="dxa"/>
              <w:left w:w="110" w:type="dxa"/>
              <w:bottom w:w="100" w:type="dxa"/>
              <w:right w:w="110" w:type="dxa"/>
            </w:tcMar>
            <w:vAlign w:val="center"/>
          </w:tcPr>
          <w:p w14:paraId="66E93CA4" w14:textId="77777777" w:rsidR="007572E7" w:rsidRPr="003163D2" w:rsidRDefault="00832EBB">
            <w:pPr>
              <w:spacing w:line="252" w:lineRule="auto"/>
              <w:rPr>
                <w:lang w:val="fi-FI"/>
              </w:rPr>
            </w:pPr>
            <w:r w:rsidRPr="003163D2">
              <w:rPr>
                <w:sz w:val="16"/>
                <w:lang w:val="fi-FI"/>
              </w:rPr>
              <w:t>Nuorten toimeentulon vahvistamiseen kehittyvissä maissa.</w:t>
            </w:r>
          </w:p>
        </w:tc>
        <w:tc>
          <w:tcPr>
            <w:tcW w:w="3118" w:type="dxa"/>
            <w:tcMar>
              <w:top w:w="100" w:type="dxa"/>
              <w:left w:w="110" w:type="dxa"/>
              <w:bottom w:w="100" w:type="dxa"/>
              <w:right w:w="110" w:type="dxa"/>
            </w:tcMar>
            <w:vAlign w:val="center"/>
          </w:tcPr>
          <w:p w14:paraId="1DB3BC54" w14:textId="77777777" w:rsidR="007572E7" w:rsidRDefault="00832EBB">
            <w:pPr>
              <w:spacing w:line="252" w:lineRule="auto"/>
            </w:pPr>
            <w:r>
              <w:rPr>
                <w:sz w:val="16"/>
              </w:rPr>
              <w:t>Kirkon ulkomaanapu sr</w:t>
            </w:r>
          </w:p>
        </w:tc>
      </w:tr>
      <w:tr w:rsidR="007572E7" w:rsidRPr="009D031D" w14:paraId="31C2CD09" w14:textId="77777777">
        <w:trPr>
          <w:cantSplit/>
          <w:jc w:val="center"/>
        </w:trPr>
        <w:tc>
          <w:tcPr>
            <w:tcW w:w="1587" w:type="dxa"/>
            <w:shd w:val="clear" w:color="auto" w:fill="F3F6F8"/>
            <w:tcMar>
              <w:top w:w="100" w:type="dxa"/>
              <w:left w:w="110" w:type="dxa"/>
              <w:bottom w:w="100" w:type="dxa"/>
              <w:right w:w="110" w:type="dxa"/>
            </w:tcMar>
            <w:vAlign w:val="center"/>
          </w:tcPr>
          <w:p w14:paraId="2454E789" w14:textId="77777777" w:rsidR="007572E7" w:rsidRDefault="00832EBB">
            <w:pPr>
              <w:spacing w:line="252" w:lineRule="auto"/>
              <w:jc w:val="center"/>
            </w:pPr>
            <w:r>
              <w:rPr>
                <w:b/>
                <w:sz w:val="16"/>
              </w:rPr>
              <w:t>22.8.2027</w:t>
            </w:r>
          </w:p>
        </w:tc>
        <w:tc>
          <w:tcPr>
            <w:tcW w:w="3118" w:type="dxa"/>
            <w:shd w:val="clear" w:color="auto" w:fill="F3F6F8"/>
            <w:tcMar>
              <w:top w:w="100" w:type="dxa"/>
              <w:left w:w="110" w:type="dxa"/>
              <w:bottom w:w="100" w:type="dxa"/>
              <w:right w:w="110" w:type="dxa"/>
            </w:tcMar>
            <w:vAlign w:val="center"/>
          </w:tcPr>
          <w:p w14:paraId="41A3A12A" w14:textId="77777777" w:rsidR="007572E7" w:rsidRDefault="00832EBB">
            <w:pPr>
              <w:spacing w:line="252" w:lineRule="auto"/>
            </w:pPr>
            <w:r>
              <w:rPr>
                <w:sz w:val="16"/>
              </w:rPr>
              <w:t>14. sunnuntai helluntaista</w:t>
            </w:r>
          </w:p>
        </w:tc>
        <w:tc>
          <w:tcPr>
            <w:tcW w:w="6860" w:type="dxa"/>
            <w:shd w:val="clear" w:color="auto" w:fill="F3F6F8"/>
            <w:tcMar>
              <w:top w:w="100" w:type="dxa"/>
              <w:left w:w="110" w:type="dxa"/>
              <w:bottom w:w="100" w:type="dxa"/>
              <w:right w:w="110" w:type="dxa"/>
            </w:tcMar>
            <w:vAlign w:val="center"/>
          </w:tcPr>
          <w:p w14:paraId="59DA688F" w14:textId="77777777" w:rsidR="007572E7" w:rsidRPr="003163D2" w:rsidRDefault="00832EBB">
            <w:pPr>
              <w:spacing w:line="252" w:lineRule="auto"/>
              <w:rPr>
                <w:lang w:val="fi-FI"/>
              </w:rPr>
            </w:pPr>
            <w:r w:rsidRPr="003163D2">
              <w:rPr>
                <w:sz w:val="16"/>
                <w:lang w:val="fi-FI"/>
              </w:rPr>
              <w:t>Nuorten ja opiskelijoiden tavoittamiseen, valtakunnallisiin nuorten ja opiskelijoiden</w:t>
            </w:r>
          </w:p>
        </w:tc>
        <w:tc>
          <w:tcPr>
            <w:tcW w:w="3118" w:type="dxa"/>
            <w:shd w:val="clear" w:color="auto" w:fill="F3F6F8"/>
            <w:tcMar>
              <w:top w:w="100" w:type="dxa"/>
              <w:left w:w="110" w:type="dxa"/>
              <w:bottom w:w="100" w:type="dxa"/>
              <w:right w:w="110" w:type="dxa"/>
            </w:tcMar>
            <w:vAlign w:val="center"/>
          </w:tcPr>
          <w:p w14:paraId="36FEB5B0" w14:textId="77777777" w:rsidR="007572E7" w:rsidRPr="003163D2" w:rsidRDefault="007572E7">
            <w:pPr>
              <w:spacing w:line="252" w:lineRule="auto"/>
              <w:rPr>
                <w:lang w:val="fi-FI"/>
              </w:rPr>
            </w:pPr>
          </w:p>
        </w:tc>
      </w:tr>
      <w:tr w:rsidR="007572E7" w14:paraId="54767820" w14:textId="77777777">
        <w:trPr>
          <w:cantSplit/>
          <w:jc w:val="center"/>
        </w:trPr>
        <w:tc>
          <w:tcPr>
            <w:tcW w:w="1587" w:type="dxa"/>
            <w:tcMar>
              <w:top w:w="100" w:type="dxa"/>
              <w:left w:w="110" w:type="dxa"/>
              <w:bottom w:w="100" w:type="dxa"/>
              <w:right w:w="110" w:type="dxa"/>
            </w:tcMar>
            <w:vAlign w:val="center"/>
          </w:tcPr>
          <w:p w14:paraId="23D9C8B4" w14:textId="77777777" w:rsidR="007572E7" w:rsidRDefault="00832EBB">
            <w:pPr>
              <w:spacing w:line="252" w:lineRule="auto"/>
              <w:jc w:val="center"/>
            </w:pPr>
            <w:r>
              <w:rPr>
                <w:b/>
                <w:sz w:val="16"/>
              </w:rPr>
              <w:lastRenderedPageBreak/>
              <w:t>29.8.2027</w:t>
            </w:r>
          </w:p>
        </w:tc>
        <w:tc>
          <w:tcPr>
            <w:tcW w:w="3118" w:type="dxa"/>
            <w:tcMar>
              <w:top w:w="100" w:type="dxa"/>
              <w:left w:w="110" w:type="dxa"/>
              <w:bottom w:w="100" w:type="dxa"/>
              <w:right w:w="110" w:type="dxa"/>
            </w:tcMar>
            <w:vAlign w:val="center"/>
          </w:tcPr>
          <w:p w14:paraId="66A0E306" w14:textId="77777777" w:rsidR="007572E7" w:rsidRDefault="00832EBB">
            <w:pPr>
              <w:spacing w:line="252" w:lineRule="auto"/>
            </w:pPr>
            <w:r>
              <w:rPr>
                <w:sz w:val="16"/>
              </w:rPr>
              <w:t>15. sunnuntai helluntaista</w:t>
            </w:r>
          </w:p>
        </w:tc>
        <w:tc>
          <w:tcPr>
            <w:tcW w:w="6860" w:type="dxa"/>
            <w:tcMar>
              <w:top w:w="100" w:type="dxa"/>
              <w:left w:w="110" w:type="dxa"/>
              <w:bottom w:w="100" w:type="dxa"/>
              <w:right w:w="110" w:type="dxa"/>
            </w:tcMar>
            <w:vAlign w:val="center"/>
          </w:tcPr>
          <w:p w14:paraId="4E278CC7" w14:textId="77777777" w:rsidR="007572E7" w:rsidRPr="003163D2" w:rsidRDefault="00832EBB">
            <w:pPr>
              <w:spacing w:line="252" w:lineRule="auto"/>
              <w:rPr>
                <w:lang w:val="fi-FI"/>
              </w:rPr>
            </w:pPr>
            <w:r w:rsidRPr="003163D2">
              <w:rPr>
                <w:sz w:val="16"/>
                <w:lang w:val="fi-FI"/>
              </w:rPr>
              <w:t>tapahtumiin sekä seurakuntia tukevaan toimintaan nuorten ja nuorten aikuisten parissa.</w:t>
            </w:r>
          </w:p>
        </w:tc>
        <w:tc>
          <w:tcPr>
            <w:tcW w:w="3118" w:type="dxa"/>
            <w:tcMar>
              <w:top w:w="100" w:type="dxa"/>
              <w:left w:w="110" w:type="dxa"/>
              <w:bottom w:w="100" w:type="dxa"/>
              <w:right w:w="110" w:type="dxa"/>
            </w:tcMar>
            <w:vAlign w:val="center"/>
          </w:tcPr>
          <w:p w14:paraId="71F0E209" w14:textId="77777777" w:rsidR="007572E7" w:rsidRDefault="00832EBB">
            <w:pPr>
              <w:spacing w:line="252" w:lineRule="auto"/>
            </w:pPr>
            <w:r>
              <w:rPr>
                <w:sz w:val="16"/>
              </w:rPr>
              <w:t>Kansan Raamattuseuran Säätiö sr</w:t>
            </w:r>
          </w:p>
        </w:tc>
      </w:tr>
      <w:tr w:rsidR="007572E7" w14:paraId="66F79A22" w14:textId="77777777">
        <w:trPr>
          <w:cantSplit/>
          <w:jc w:val="center"/>
        </w:trPr>
        <w:tc>
          <w:tcPr>
            <w:tcW w:w="1587" w:type="dxa"/>
            <w:shd w:val="clear" w:color="auto" w:fill="F3F6F8"/>
            <w:tcMar>
              <w:top w:w="100" w:type="dxa"/>
              <w:left w:w="110" w:type="dxa"/>
              <w:bottom w:w="100" w:type="dxa"/>
              <w:right w:w="110" w:type="dxa"/>
            </w:tcMar>
            <w:vAlign w:val="center"/>
          </w:tcPr>
          <w:p w14:paraId="6411B1D3" w14:textId="77777777" w:rsidR="007572E7" w:rsidRDefault="00832EBB">
            <w:pPr>
              <w:spacing w:line="252" w:lineRule="auto"/>
              <w:jc w:val="center"/>
            </w:pPr>
            <w:r>
              <w:rPr>
                <w:b/>
                <w:sz w:val="16"/>
              </w:rPr>
              <w:t>5.9.2027</w:t>
            </w:r>
          </w:p>
        </w:tc>
        <w:tc>
          <w:tcPr>
            <w:tcW w:w="3118" w:type="dxa"/>
            <w:shd w:val="clear" w:color="auto" w:fill="F3F6F8"/>
            <w:tcMar>
              <w:top w:w="100" w:type="dxa"/>
              <w:left w:w="110" w:type="dxa"/>
              <w:bottom w:w="100" w:type="dxa"/>
              <w:right w:w="110" w:type="dxa"/>
            </w:tcMar>
            <w:vAlign w:val="center"/>
          </w:tcPr>
          <w:p w14:paraId="7C65F8D7" w14:textId="77777777" w:rsidR="007572E7" w:rsidRDefault="00832EBB">
            <w:pPr>
              <w:spacing w:line="252" w:lineRule="auto"/>
            </w:pPr>
            <w:r>
              <w:rPr>
                <w:sz w:val="16"/>
              </w:rPr>
              <w:t>16. sunnuntai helluntaista</w:t>
            </w:r>
          </w:p>
        </w:tc>
        <w:tc>
          <w:tcPr>
            <w:tcW w:w="6860" w:type="dxa"/>
            <w:shd w:val="clear" w:color="auto" w:fill="F3F6F8"/>
            <w:tcMar>
              <w:top w:w="100" w:type="dxa"/>
              <w:left w:w="110" w:type="dxa"/>
              <w:bottom w:w="100" w:type="dxa"/>
              <w:right w:w="110" w:type="dxa"/>
            </w:tcMar>
            <w:vAlign w:val="center"/>
          </w:tcPr>
          <w:p w14:paraId="139890F1" w14:textId="77777777" w:rsidR="007572E7" w:rsidRPr="003163D2" w:rsidRDefault="00832EBB">
            <w:pPr>
              <w:spacing w:line="252" w:lineRule="auto"/>
              <w:rPr>
                <w:lang w:val="fi-FI"/>
              </w:rPr>
            </w:pPr>
            <w:r w:rsidRPr="003163D2">
              <w:rPr>
                <w:sz w:val="16"/>
                <w:lang w:val="fi-FI"/>
              </w:rPr>
              <w:t>Naisten ja koulunkäyntinsä keskeyttäneiden tyttöjen lukutaidon edistämiseen Lukutaitoa naisille Afrikassa –ohjelman kautta.</w:t>
            </w:r>
          </w:p>
        </w:tc>
        <w:tc>
          <w:tcPr>
            <w:tcW w:w="3118" w:type="dxa"/>
            <w:shd w:val="clear" w:color="auto" w:fill="F3F6F8"/>
            <w:tcMar>
              <w:top w:w="100" w:type="dxa"/>
              <w:left w:w="110" w:type="dxa"/>
              <w:bottom w:w="100" w:type="dxa"/>
              <w:right w:w="110" w:type="dxa"/>
            </w:tcMar>
            <w:vAlign w:val="center"/>
          </w:tcPr>
          <w:p w14:paraId="79F30D56" w14:textId="77777777" w:rsidR="007572E7" w:rsidRDefault="00832EBB">
            <w:pPr>
              <w:spacing w:line="252" w:lineRule="auto"/>
            </w:pPr>
            <w:r>
              <w:rPr>
                <w:sz w:val="16"/>
              </w:rPr>
              <w:t>Suomen Pipliaseura ry.</w:t>
            </w:r>
          </w:p>
        </w:tc>
      </w:tr>
      <w:tr w:rsidR="007572E7" w14:paraId="6191D131" w14:textId="77777777">
        <w:trPr>
          <w:cantSplit/>
          <w:jc w:val="center"/>
        </w:trPr>
        <w:tc>
          <w:tcPr>
            <w:tcW w:w="1587" w:type="dxa"/>
            <w:tcMar>
              <w:top w:w="100" w:type="dxa"/>
              <w:left w:w="110" w:type="dxa"/>
              <w:bottom w:w="100" w:type="dxa"/>
              <w:right w:w="110" w:type="dxa"/>
            </w:tcMar>
            <w:vAlign w:val="center"/>
          </w:tcPr>
          <w:p w14:paraId="115ABA45" w14:textId="77777777" w:rsidR="007572E7" w:rsidRDefault="00832EBB">
            <w:pPr>
              <w:spacing w:line="252" w:lineRule="auto"/>
              <w:jc w:val="center"/>
            </w:pPr>
            <w:r>
              <w:rPr>
                <w:b/>
                <w:sz w:val="16"/>
              </w:rPr>
              <w:t>12.9.2027</w:t>
            </w:r>
          </w:p>
        </w:tc>
        <w:tc>
          <w:tcPr>
            <w:tcW w:w="3118" w:type="dxa"/>
            <w:tcMar>
              <w:top w:w="100" w:type="dxa"/>
              <w:left w:w="110" w:type="dxa"/>
              <w:bottom w:w="100" w:type="dxa"/>
              <w:right w:w="110" w:type="dxa"/>
            </w:tcMar>
            <w:vAlign w:val="center"/>
          </w:tcPr>
          <w:p w14:paraId="46D24DFE" w14:textId="77777777" w:rsidR="007572E7" w:rsidRDefault="00832EBB">
            <w:pPr>
              <w:spacing w:line="252" w:lineRule="auto"/>
            </w:pPr>
            <w:r>
              <w:rPr>
                <w:sz w:val="16"/>
              </w:rPr>
              <w:t>17. sunnuntai helluntaista</w:t>
            </w:r>
          </w:p>
        </w:tc>
        <w:tc>
          <w:tcPr>
            <w:tcW w:w="6860" w:type="dxa"/>
            <w:tcMar>
              <w:top w:w="100" w:type="dxa"/>
              <w:left w:w="110" w:type="dxa"/>
              <w:bottom w:w="100" w:type="dxa"/>
              <w:right w:w="110" w:type="dxa"/>
            </w:tcMar>
            <w:vAlign w:val="center"/>
          </w:tcPr>
          <w:p w14:paraId="30D7AA69" w14:textId="77777777" w:rsidR="007572E7" w:rsidRDefault="007572E7">
            <w:pPr>
              <w:spacing w:line="252" w:lineRule="auto"/>
            </w:pPr>
          </w:p>
        </w:tc>
        <w:tc>
          <w:tcPr>
            <w:tcW w:w="3118" w:type="dxa"/>
            <w:tcMar>
              <w:top w:w="100" w:type="dxa"/>
              <w:left w:w="110" w:type="dxa"/>
              <w:bottom w:w="100" w:type="dxa"/>
              <w:right w:w="110" w:type="dxa"/>
            </w:tcMar>
            <w:vAlign w:val="center"/>
          </w:tcPr>
          <w:p w14:paraId="7196D064" w14:textId="77777777" w:rsidR="007572E7" w:rsidRDefault="007572E7">
            <w:pPr>
              <w:spacing w:line="252" w:lineRule="auto"/>
            </w:pPr>
          </w:p>
        </w:tc>
      </w:tr>
      <w:tr w:rsidR="007572E7" w14:paraId="3601CF58" w14:textId="77777777">
        <w:trPr>
          <w:cantSplit/>
          <w:jc w:val="center"/>
        </w:trPr>
        <w:tc>
          <w:tcPr>
            <w:tcW w:w="1587" w:type="dxa"/>
            <w:shd w:val="clear" w:color="auto" w:fill="F3F6F8"/>
            <w:tcMar>
              <w:top w:w="100" w:type="dxa"/>
              <w:left w:w="110" w:type="dxa"/>
              <w:bottom w:w="100" w:type="dxa"/>
              <w:right w:w="110" w:type="dxa"/>
            </w:tcMar>
            <w:vAlign w:val="center"/>
          </w:tcPr>
          <w:p w14:paraId="2121DF6C" w14:textId="77777777" w:rsidR="007572E7" w:rsidRDefault="00832EBB">
            <w:pPr>
              <w:spacing w:line="252" w:lineRule="auto"/>
              <w:jc w:val="center"/>
            </w:pPr>
            <w:r>
              <w:rPr>
                <w:b/>
                <w:sz w:val="16"/>
              </w:rPr>
              <w:t>19.9.2027</w:t>
            </w:r>
          </w:p>
        </w:tc>
        <w:tc>
          <w:tcPr>
            <w:tcW w:w="3118" w:type="dxa"/>
            <w:shd w:val="clear" w:color="auto" w:fill="F3F6F8"/>
            <w:tcMar>
              <w:top w:w="100" w:type="dxa"/>
              <w:left w:w="110" w:type="dxa"/>
              <w:bottom w:w="100" w:type="dxa"/>
              <w:right w:w="110" w:type="dxa"/>
            </w:tcMar>
            <w:vAlign w:val="center"/>
          </w:tcPr>
          <w:p w14:paraId="43EA9F78" w14:textId="77777777" w:rsidR="007572E7" w:rsidRDefault="00832EBB">
            <w:pPr>
              <w:spacing w:line="252" w:lineRule="auto"/>
            </w:pPr>
            <w:r>
              <w:rPr>
                <w:sz w:val="16"/>
              </w:rPr>
              <w:t>18. sunnuntai helluntaista</w:t>
            </w:r>
          </w:p>
        </w:tc>
        <w:tc>
          <w:tcPr>
            <w:tcW w:w="6860" w:type="dxa"/>
            <w:shd w:val="clear" w:color="auto" w:fill="F3F6F8"/>
            <w:tcMar>
              <w:top w:w="100" w:type="dxa"/>
              <w:left w:w="110" w:type="dxa"/>
              <w:bottom w:w="100" w:type="dxa"/>
              <w:right w:w="110" w:type="dxa"/>
            </w:tcMar>
            <w:vAlign w:val="center"/>
          </w:tcPr>
          <w:p w14:paraId="0139FB20" w14:textId="77777777" w:rsidR="007572E7" w:rsidRPr="003163D2" w:rsidRDefault="00832EBB">
            <w:pPr>
              <w:spacing w:line="252" w:lineRule="auto"/>
              <w:rPr>
                <w:lang w:val="fi-FI"/>
              </w:rPr>
            </w:pPr>
            <w:r w:rsidRPr="003163D2">
              <w:rPr>
                <w:sz w:val="16"/>
                <w:lang w:val="fi-FI"/>
              </w:rPr>
              <w:t>Merenkulkijoiden henkisen ja hengellisen hyvinvoinnin tukemiseen satamissa ja laivoilla sekä kirkolliseen työhön suomalaisten parissa ulkomailla.</w:t>
            </w:r>
          </w:p>
        </w:tc>
        <w:tc>
          <w:tcPr>
            <w:tcW w:w="3118" w:type="dxa"/>
            <w:shd w:val="clear" w:color="auto" w:fill="F3F6F8"/>
            <w:tcMar>
              <w:top w:w="100" w:type="dxa"/>
              <w:left w:w="110" w:type="dxa"/>
              <w:bottom w:w="100" w:type="dxa"/>
              <w:right w:w="110" w:type="dxa"/>
            </w:tcMar>
            <w:vAlign w:val="center"/>
          </w:tcPr>
          <w:p w14:paraId="755036E8" w14:textId="77777777" w:rsidR="007572E7" w:rsidRDefault="00832EBB">
            <w:pPr>
              <w:spacing w:line="252" w:lineRule="auto"/>
            </w:pPr>
            <w:r>
              <w:rPr>
                <w:sz w:val="16"/>
              </w:rPr>
              <w:t>Suomen Merimieskirkko sr.</w:t>
            </w:r>
          </w:p>
        </w:tc>
      </w:tr>
      <w:tr w:rsidR="007572E7" w14:paraId="07E08B0F" w14:textId="77777777">
        <w:trPr>
          <w:cantSplit/>
          <w:jc w:val="center"/>
        </w:trPr>
        <w:tc>
          <w:tcPr>
            <w:tcW w:w="1587" w:type="dxa"/>
            <w:tcMar>
              <w:top w:w="100" w:type="dxa"/>
              <w:left w:w="110" w:type="dxa"/>
              <w:bottom w:w="100" w:type="dxa"/>
              <w:right w:w="110" w:type="dxa"/>
            </w:tcMar>
            <w:vAlign w:val="center"/>
          </w:tcPr>
          <w:p w14:paraId="3DBA08DD" w14:textId="77777777" w:rsidR="007572E7" w:rsidRDefault="00832EBB">
            <w:pPr>
              <w:spacing w:line="252" w:lineRule="auto"/>
              <w:jc w:val="center"/>
            </w:pPr>
            <w:r>
              <w:rPr>
                <w:b/>
                <w:sz w:val="16"/>
              </w:rPr>
              <w:t>26.9.2027</w:t>
            </w:r>
          </w:p>
        </w:tc>
        <w:tc>
          <w:tcPr>
            <w:tcW w:w="3118" w:type="dxa"/>
            <w:tcMar>
              <w:top w:w="100" w:type="dxa"/>
              <w:left w:w="110" w:type="dxa"/>
              <w:bottom w:w="100" w:type="dxa"/>
              <w:right w:w="110" w:type="dxa"/>
            </w:tcMar>
            <w:vAlign w:val="center"/>
          </w:tcPr>
          <w:p w14:paraId="39C1FD3C" w14:textId="77777777" w:rsidR="007572E7" w:rsidRDefault="00832EBB">
            <w:pPr>
              <w:spacing w:line="252" w:lineRule="auto"/>
            </w:pPr>
            <w:r>
              <w:rPr>
                <w:sz w:val="16"/>
              </w:rPr>
              <w:t>19. sunnuntai helluntaista</w:t>
            </w:r>
          </w:p>
        </w:tc>
        <w:tc>
          <w:tcPr>
            <w:tcW w:w="6860" w:type="dxa"/>
            <w:tcMar>
              <w:top w:w="100" w:type="dxa"/>
              <w:left w:w="110" w:type="dxa"/>
              <w:bottom w:w="100" w:type="dxa"/>
              <w:right w:w="110" w:type="dxa"/>
            </w:tcMar>
            <w:vAlign w:val="center"/>
          </w:tcPr>
          <w:p w14:paraId="1F14AE25" w14:textId="77777777" w:rsidR="007572E7" w:rsidRPr="003163D2" w:rsidRDefault="00832EBB">
            <w:pPr>
              <w:spacing w:line="252" w:lineRule="auto"/>
              <w:rPr>
                <w:lang w:val="fi-FI"/>
              </w:rPr>
            </w:pPr>
            <w:r w:rsidRPr="003163D2">
              <w:rPr>
                <w:sz w:val="16"/>
                <w:lang w:val="fi-FI"/>
              </w:rPr>
              <w:t>Kolehti Suomen Lähetysseuran kautta kirkkojen välisen yhteyden ja kumppanikirkkojen toiminnan vahvistamiseen eri puolilla maailmaa.</w:t>
            </w:r>
          </w:p>
        </w:tc>
        <w:tc>
          <w:tcPr>
            <w:tcW w:w="3118" w:type="dxa"/>
            <w:tcMar>
              <w:top w:w="100" w:type="dxa"/>
              <w:left w:w="110" w:type="dxa"/>
              <w:bottom w:w="100" w:type="dxa"/>
              <w:right w:w="110" w:type="dxa"/>
            </w:tcMar>
            <w:vAlign w:val="center"/>
          </w:tcPr>
          <w:p w14:paraId="743A815C" w14:textId="77777777" w:rsidR="007572E7" w:rsidRDefault="00832EBB">
            <w:pPr>
              <w:spacing w:line="252" w:lineRule="auto"/>
            </w:pPr>
            <w:r>
              <w:rPr>
                <w:sz w:val="16"/>
              </w:rPr>
              <w:t>Suomen Lähetysseura ry.</w:t>
            </w:r>
          </w:p>
        </w:tc>
      </w:tr>
      <w:tr w:rsidR="007572E7" w:rsidRPr="009D031D" w14:paraId="7166393A" w14:textId="77777777">
        <w:trPr>
          <w:cantSplit/>
          <w:jc w:val="center"/>
        </w:trPr>
        <w:tc>
          <w:tcPr>
            <w:tcW w:w="1587" w:type="dxa"/>
            <w:shd w:val="clear" w:color="auto" w:fill="F3F6F8"/>
            <w:tcMar>
              <w:top w:w="100" w:type="dxa"/>
              <w:left w:w="110" w:type="dxa"/>
              <w:bottom w:w="100" w:type="dxa"/>
              <w:right w:w="110" w:type="dxa"/>
            </w:tcMar>
            <w:vAlign w:val="center"/>
          </w:tcPr>
          <w:p w14:paraId="546D39BF" w14:textId="77777777" w:rsidR="007572E7" w:rsidRDefault="00832EBB">
            <w:pPr>
              <w:spacing w:line="252" w:lineRule="auto"/>
              <w:jc w:val="center"/>
            </w:pPr>
            <w:r>
              <w:rPr>
                <w:b/>
                <w:sz w:val="16"/>
              </w:rPr>
              <w:t>3.10.2027</w:t>
            </w:r>
          </w:p>
        </w:tc>
        <w:tc>
          <w:tcPr>
            <w:tcW w:w="3118" w:type="dxa"/>
            <w:shd w:val="clear" w:color="auto" w:fill="F3F6F8"/>
            <w:tcMar>
              <w:top w:w="100" w:type="dxa"/>
              <w:left w:w="110" w:type="dxa"/>
              <w:bottom w:w="100" w:type="dxa"/>
              <w:right w:w="110" w:type="dxa"/>
            </w:tcMar>
            <w:vAlign w:val="center"/>
          </w:tcPr>
          <w:p w14:paraId="03AF5AA0" w14:textId="77777777" w:rsidR="007572E7" w:rsidRDefault="00832EBB">
            <w:pPr>
              <w:spacing w:line="252" w:lineRule="auto"/>
            </w:pPr>
            <w:r>
              <w:rPr>
                <w:sz w:val="16"/>
              </w:rPr>
              <w:t>Mikkelinpäivä (Enkelien sunnuntai)</w:t>
            </w:r>
          </w:p>
        </w:tc>
        <w:tc>
          <w:tcPr>
            <w:tcW w:w="6860" w:type="dxa"/>
            <w:shd w:val="clear" w:color="auto" w:fill="F3F6F8"/>
            <w:tcMar>
              <w:top w:w="100" w:type="dxa"/>
              <w:left w:w="110" w:type="dxa"/>
              <w:bottom w:w="100" w:type="dxa"/>
              <w:right w:w="110" w:type="dxa"/>
            </w:tcMar>
            <w:vAlign w:val="center"/>
          </w:tcPr>
          <w:p w14:paraId="02604BC4" w14:textId="77777777" w:rsidR="007572E7" w:rsidRDefault="00832EBB">
            <w:pPr>
              <w:spacing w:line="252" w:lineRule="auto"/>
            </w:pPr>
            <w:r>
              <w:rPr>
                <w:sz w:val="16"/>
              </w:rPr>
              <w:t>Kotien kristillisen kasvatuksen tukemiseen.</w:t>
            </w:r>
          </w:p>
        </w:tc>
        <w:tc>
          <w:tcPr>
            <w:tcW w:w="3118" w:type="dxa"/>
            <w:shd w:val="clear" w:color="auto" w:fill="F3F6F8"/>
            <w:tcMar>
              <w:top w:w="100" w:type="dxa"/>
              <w:left w:w="110" w:type="dxa"/>
              <w:bottom w:w="100" w:type="dxa"/>
              <w:right w:w="110" w:type="dxa"/>
            </w:tcMar>
            <w:vAlign w:val="center"/>
          </w:tcPr>
          <w:p w14:paraId="1FB71400" w14:textId="77777777" w:rsidR="007572E7" w:rsidRPr="003163D2" w:rsidRDefault="00832EBB">
            <w:pPr>
              <w:spacing w:line="252" w:lineRule="auto"/>
              <w:rPr>
                <w:lang w:val="fi-FI"/>
              </w:rPr>
            </w:pPr>
            <w:r w:rsidRPr="003163D2">
              <w:rPr>
                <w:sz w:val="16"/>
                <w:lang w:val="fi-FI"/>
              </w:rPr>
              <w:t>Lasten ja nuorten keskus ry.</w:t>
            </w:r>
          </w:p>
        </w:tc>
      </w:tr>
      <w:tr w:rsidR="007572E7" w14:paraId="180CFC43" w14:textId="77777777">
        <w:trPr>
          <w:cantSplit/>
          <w:jc w:val="center"/>
        </w:trPr>
        <w:tc>
          <w:tcPr>
            <w:tcW w:w="1587" w:type="dxa"/>
            <w:tcMar>
              <w:top w:w="100" w:type="dxa"/>
              <w:left w:w="110" w:type="dxa"/>
              <w:bottom w:w="100" w:type="dxa"/>
              <w:right w:w="110" w:type="dxa"/>
            </w:tcMar>
            <w:vAlign w:val="center"/>
          </w:tcPr>
          <w:p w14:paraId="17182DC7" w14:textId="77777777" w:rsidR="007572E7" w:rsidRDefault="00832EBB">
            <w:pPr>
              <w:spacing w:line="252" w:lineRule="auto"/>
              <w:jc w:val="center"/>
            </w:pPr>
            <w:r>
              <w:rPr>
                <w:b/>
                <w:sz w:val="16"/>
              </w:rPr>
              <w:t>10.10.2027</w:t>
            </w:r>
          </w:p>
        </w:tc>
        <w:tc>
          <w:tcPr>
            <w:tcW w:w="3118" w:type="dxa"/>
            <w:tcMar>
              <w:top w:w="100" w:type="dxa"/>
              <w:left w:w="110" w:type="dxa"/>
              <w:bottom w:w="100" w:type="dxa"/>
              <w:right w:w="110" w:type="dxa"/>
            </w:tcMar>
            <w:vAlign w:val="center"/>
          </w:tcPr>
          <w:p w14:paraId="394B6F87" w14:textId="77777777" w:rsidR="007572E7" w:rsidRDefault="00832EBB">
            <w:pPr>
              <w:spacing w:line="252" w:lineRule="auto"/>
            </w:pPr>
            <w:r>
              <w:rPr>
                <w:sz w:val="16"/>
              </w:rPr>
              <w:t>21. sunnuntai helluntaista</w:t>
            </w:r>
          </w:p>
        </w:tc>
        <w:tc>
          <w:tcPr>
            <w:tcW w:w="6860" w:type="dxa"/>
            <w:tcMar>
              <w:top w:w="100" w:type="dxa"/>
              <w:left w:w="110" w:type="dxa"/>
              <w:bottom w:w="100" w:type="dxa"/>
              <w:right w:w="110" w:type="dxa"/>
            </w:tcMar>
            <w:vAlign w:val="center"/>
          </w:tcPr>
          <w:p w14:paraId="34FF1C98" w14:textId="77777777" w:rsidR="007572E7" w:rsidRDefault="007572E7">
            <w:pPr>
              <w:spacing w:line="252" w:lineRule="auto"/>
            </w:pPr>
          </w:p>
        </w:tc>
        <w:tc>
          <w:tcPr>
            <w:tcW w:w="3118" w:type="dxa"/>
            <w:tcMar>
              <w:top w:w="100" w:type="dxa"/>
              <w:left w:w="110" w:type="dxa"/>
              <w:bottom w:w="100" w:type="dxa"/>
              <w:right w:w="110" w:type="dxa"/>
            </w:tcMar>
            <w:vAlign w:val="center"/>
          </w:tcPr>
          <w:p w14:paraId="6D072C0D" w14:textId="77777777" w:rsidR="007572E7" w:rsidRDefault="007572E7">
            <w:pPr>
              <w:spacing w:line="252" w:lineRule="auto"/>
            </w:pPr>
          </w:p>
        </w:tc>
      </w:tr>
      <w:tr w:rsidR="007572E7" w14:paraId="7388F665" w14:textId="77777777">
        <w:trPr>
          <w:cantSplit/>
          <w:jc w:val="center"/>
        </w:trPr>
        <w:tc>
          <w:tcPr>
            <w:tcW w:w="1587" w:type="dxa"/>
            <w:shd w:val="clear" w:color="auto" w:fill="F3F6F8"/>
            <w:tcMar>
              <w:top w:w="100" w:type="dxa"/>
              <w:left w:w="110" w:type="dxa"/>
              <w:bottom w:w="100" w:type="dxa"/>
              <w:right w:w="110" w:type="dxa"/>
            </w:tcMar>
            <w:vAlign w:val="center"/>
          </w:tcPr>
          <w:p w14:paraId="54E469B9" w14:textId="77777777" w:rsidR="007572E7" w:rsidRDefault="00832EBB">
            <w:pPr>
              <w:spacing w:line="252" w:lineRule="auto"/>
              <w:jc w:val="center"/>
            </w:pPr>
            <w:r>
              <w:rPr>
                <w:b/>
                <w:sz w:val="16"/>
              </w:rPr>
              <w:t>17.10.2027</w:t>
            </w:r>
          </w:p>
        </w:tc>
        <w:tc>
          <w:tcPr>
            <w:tcW w:w="3118" w:type="dxa"/>
            <w:shd w:val="clear" w:color="auto" w:fill="F3F6F8"/>
            <w:tcMar>
              <w:top w:w="100" w:type="dxa"/>
              <w:left w:w="110" w:type="dxa"/>
              <w:bottom w:w="100" w:type="dxa"/>
              <w:right w:w="110" w:type="dxa"/>
            </w:tcMar>
            <w:vAlign w:val="center"/>
          </w:tcPr>
          <w:p w14:paraId="37A0615B" w14:textId="77777777" w:rsidR="007572E7" w:rsidRDefault="00832EBB">
            <w:pPr>
              <w:spacing w:line="252" w:lineRule="auto"/>
            </w:pPr>
            <w:r>
              <w:rPr>
                <w:sz w:val="16"/>
              </w:rPr>
              <w:t>Reformaationpäivä 23. sunnuntai helluntaista, Rauhan</w:t>
            </w:r>
          </w:p>
        </w:tc>
        <w:tc>
          <w:tcPr>
            <w:tcW w:w="6860" w:type="dxa"/>
            <w:shd w:val="clear" w:color="auto" w:fill="F3F6F8"/>
            <w:tcMar>
              <w:top w:w="100" w:type="dxa"/>
              <w:left w:w="110" w:type="dxa"/>
              <w:bottom w:w="100" w:type="dxa"/>
              <w:right w:w="110" w:type="dxa"/>
            </w:tcMar>
            <w:vAlign w:val="center"/>
          </w:tcPr>
          <w:p w14:paraId="3CEA5D49" w14:textId="77777777" w:rsidR="007572E7" w:rsidRPr="003163D2" w:rsidRDefault="00832EBB">
            <w:pPr>
              <w:spacing w:line="252" w:lineRule="auto"/>
              <w:rPr>
                <w:lang w:val="fi-FI"/>
              </w:rPr>
            </w:pPr>
            <w:r w:rsidRPr="003163D2">
              <w:rPr>
                <w:sz w:val="16"/>
                <w:lang w:val="fi-FI"/>
              </w:rPr>
              <w:t>Suomen Ekumeenisen Neuvoston (SEN) työhön, jonka tavoitteena on edistää kristittyjen ykseyttä, vahvistaa kirkkojen välistä yhteistyötä sekä tukea seurakuntia niiden perustehtävässä.</w:t>
            </w:r>
          </w:p>
        </w:tc>
        <w:tc>
          <w:tcPr>
            <w:tcW w:w="3118" w:type="dxa"/>
            <w:shd w:val="clear" w:color="auto" w:fill="F3F6F8"/>
            <w:tcMar>
              <w:top w:w="100" w:type="dxa"/>
              <w:left w:w="110" w:type="dxa"/>
              <w:bottom w:w="100" w:type="dxa"/>
              <w:right w:w="110" w:type="dxa"/>
            </w:tcMar>
            <w:vAlign w:val="center"/>
          </w:tcPr>
          <w:p w14:paraId="72EE7283" w14:textId="77777777" w:rsidR="007572E7" w:rsidRDefault="00832EBB">
            <w:pPr>
              <w:spacing w:line="252" w:lineRule="auto"/>
            </w:pPr>
            <w:r>
              <w:rPr>
                <w:sz w:val="16"/>
              </w:rPr>
              <w:t>Suomen Ekumeeninen neuvost ry.</w:t>
            </w:r>
          </w:p>
        </w:tc>
      </w:tr>
      <w:tr w:rsidR="007572E7" w14:paraId="7EE0870C" w14:textId="77777777">
        <w:trPr>
          <w:cantSplit/>
          <w:jc w:val="center"/>
        </w:trPr>
        <w:tc>
          <w:tcPr>
            <w:tcW w:w="1587" w:type="dxa"/>
            <w:tcMar>
              <w:top w:w="100" w:type="dxa"/>
              <w:left w:w="110" w:type="dxa"/>
              <w:bottom w:w="100" w:type="dxa"/>
              <w:right w:w="110" w:type="dxa"/>
            </w:tcMar>
            <w:vAlign w:val="center"/>
          </w:tcPr>
          <w:p w14:paraId="7799D4BA" w14:textId="77777777" w:rsidR="007572E7" w:rsidRDefault="00832EBB">
            <w:pPr>
              <w:spacing w:line="252" w:lineRule="auto"/>
              <w:jc w:val="center"/>
            </w:pPr>
            <w:r>
              <w:rPr>
                <w:b/>
                <w:sz w:val="16"/>
              </w:rPr>
              <w:t>24.10.2027</w:t>
            </w:r>
          </w:p>
        </w:tc>
        <w:tc>
          <w:tcPr>
            <w:tcW w:w="3118" w:type="dxa"/>
            <w:tcMar>
              <w:top w:w="100" w:type="dxa"/>
              <w:left w:w="110" w:type="dxa"/>
              <w:bottom w:w="100" w:type="dxa"/>
              <w:right w:w="110" w:type="dxa"/>
            </w:tcMar>
            <w:vAlign w:val="center"/>
          </w:tcPr>
          <w:p w14:paraId="71907D03" w14:textId="77777777" w:rsidR="007572E7" w:rsidRPr="003163D2" w:rsidRDefault="00832EBB">
            <w:pPr>
              <w:spacing w:line="252" w:lineRule="auto"/>
              <w:rPr>
                <w:lang w:val="fi-FI"/>
              </w:rPr>
            </w:pPr>
            <w:r w:rsidRPr="003163D2">
              <w:rPr>
                <w:sz w:val="16"/>
                <w:lang w:val="fi-FI"/>
              </w:rPr>
              <w:t>ihmisoikeuksien ja kansainvälisen vastuun rukouspäivä</w:t>
            </w:r>
          </w:p>
        </w:tc>
        <w:tc>
          <w:tcPr>
            <w:tcW w:w="6860" w:type="dxa"/>
            <w:tcMar>
              <w:top w:w="100" w:type="dxa"/>
              <w:left w:w="110" w:type="dxa"/>
              <w:bottom w:w="100" w:type="dxa"/>
              <w:right w:w="110" w:type="dxa"/>
            </w:tcMar>
            <w:vAlign w:val="center"/>
          </w:tcPr>
          <w:p w14:paraId="73A1F052" w14:textId="77777777" w:rsidR="007572E7" w:rsidRPr="003163D2" w:rsidRDefault="00832EBB">
            <w:pPr>
              <w:spacing w:line="252" w:lineRule="auto"/>
              <w:rPr>
                <w:lang w:val="fi-FI"/>
              </w:rPr>
            </w:pPr>
            <w:r w:rsidRPr="003163D2">
              <w:rPr>
                <w:sz w:val="16"/>
                <w:lang w:val="fi-FI"/>
              </w:rPr>
              <w:t>Rauhan ja vakauden edistämiseen kehittyvissä maissa.</w:t>
            </w:r>
          </w:p>
        </w:tc>
        <w:tc>
          <w:tcPr>
            <w:tcW w:w="3118" w:type="dxa"/>
            <w:tcMar>
              <w:top w:w="100" w:type="dxa"/>
              <w:left w:w="110" w:type="dxa"/>
              <w:bottom w:w="100" w:type="dxa"/>
              <w:right w:w="110" w:type="dxa"/>
            </w:tcMar>
            <w:vAlign w:val="center"/>
          </w:tcPr>
          <w:p w14:paraId="04A44FD2" w14:textId="77777777" w:rsidR="007572E7" w:rsidRDefault="00832EBB">
            <w:pPr>
              <w:spacing w:line="252" w:lineRule="auto"/>
            </w:pPr>
            <w:r>
              <w:rPr>
                <w:sz w:val="16"/>
              </w:rPr>
              <w:t>Kirkon Ulkomaanapu sr</w:t>
            </w:r>
          </w:p>
        </w:tc>
      </w:tr>
      <w:tr w:rsidR="007572E7" w14:paraId="2BD67559" w14:textId="77777777">
        <w:trPr>
          <w:cantSplit/>
          <w:jc w:val="center"/>
        </w:trPr>
        <w:tc>
          <w:tcPr>
            <w:tcW w:w="1587" w:type="dxa"/>
            <w:shd w:val="clear" w:color="auto" w:fill="F3F6F8"/>
            <w:tcMar>
              <w:top w:w="100" w:type="dxa"/>
              <w:left w:w="110" w:type="dxa"/>
              <w:bottom w:w="100" w:type="dxa"/>
              <w:right w:w="110" w:type="dxa"/>
            </w:tcMar>
            <w:vAlign w:val="center"/>
          </w:tcPr>
          <w:p w14:paraId="376C4D05" w14:textId="77777777" w:rsidR="007572E7" w:rsidRDefault="00832EBB">
            <w:pPr>
              <w:spacing w:line="252" w:lineRule="auto"/>
              <w:jc w:val="center"/>
            </w:pPr>
            <w:r>
              <w:rPr>
                <w:b/>
                <w:sz w:val="16"/>
              </w:rPr>
              <w:t>31.10.2027</w:t>
            </w:r>
          </w:p>
        </w:tc>
        <w:tc>
          <w:tcPr>
            <w:tcW w:w="3118" w:type="dxa"/>
            <w:shd w:val="clear" w:color="auto" w:fill="F3F6F8"/>
            <w:tcMar>
              <w:top w:w="100" w:type="dxa"/>
              <w:left w:w="110" w:type="dxa"/>
              <w:bottom w:w="100" w:type="dxa"/>
              <w:right w:w="110" w:type="dxa"/>
            </w:tcMar>
            <w:vAlign w:val="center"/>
          </w:tcPr>
          <w:p w14:paraId="7C166950" w14:textId="77777777" w:rsidR="007572E7" w:rsidRDefault="00832EBB">
            <w:pPr>
              <w:spacing w:line="252" w:lineRule="auto"/>
            </w:pPr>
            <w:r>
              <w:rPr>
                <w:sz w:val="16"/>
              </w:rPr>
              <w:t>24.sunnuntai helluntaista</w:t>
            </w:r>
          </w:p>
        </w:tc>
        <w:tc>
          <w:tcPr>
            <w:tcW w:w="6860" w:type="dxa"/>
            <w:shd w:val="clear" w:color="auto" w:fill="F3F6F8"/>
            <w:tcMar>
              <w:top w:w="100" w:type="dxa"/>
              <w:left w:w="110" w:type="dxa"/>
              <w:bottom w:w="100" w:type="dxa"/>
              <w:right w:w="110" w:type="dxa"/>
            </w:tcMar>
            <w:vAlign w:val="center"/>
          </w:tcPr>
          <w:p w14:paraId="48A21919"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6BD18F9B" w14:textId="77777777" w:rsidR="007572E7" w:rsidRDefault="007572E7">
            <w:pPr>
              <w:spacing w:line="252" w:lineRule="auto"/>
            </w:pPr>
          </w:p>
        </w:tc>
      </w:tr>
      <w:tr w:rsidR="007572E7" w14:paraId="4BC8853A" w14:textId="77777777">
        <w:trPr>
          <w:cantSplit/>
          <w:jc w:val="center"/>
        </w:trPr>
        <w:tc>
          <w:tcPr>
            <w:tcW w:w="1587" w:type="dxa"/>
            <w:tcMar>
              <w:top w:w="100" w:type="dxa"/>
              <w:left w:w="110" w:type="dxa"/>
              <w:bottom w:w="100" w:type="dxa"/>
              <w:right w:w="110" w:type="dxa"/>
            </w:tcMar>
            <w:vAlign w:val="center"/>
          </w:tcPr>
          <w:p w14:paraId="59BD4022" w14:textId="77777777" w:rsidR="007572E7" w:rsidRDefault="00832EBB">
            <w:pPr>
              <w:spacing w:line="252" w:lineRule="auto"/>
              <w:jc w:val="center"/>
            </w:pPr>
            <w:r>
              <w:rPr>
                <w:b/>
                <w:sz w:val="16"/>
              </w:rPr>
              <w:t>6.11.2027</w:t>
            </w:r>
          </w:p>
        </w:tc>
        <w:tc>
          <w:tcPr>
            <w:tcW w:w="3118" w:type="dxa"/>
            <w:tcMar>
              <w:top w:w="100" w:type="dxa"/>
              <w:left w:w="110" w:type="dxa"/>
              <w:bottom w:w="100" w:type="dxa"/>
              <w:right w:w="110" w:type="dxa"/>
            </w:tcMar>
            <w:vAlign w:val="center"/>
          </w:tcPr>
          <w:p w14:paraId="5CBFDCCE" w14:textId="77777777" w:rsidR="007572E7" w:rsidRDefault="00832EBB">
            <w:pPr>
              <w:spacing w:line="252" w:lineRule="auto"/>
            </w:pPr>
            <w:r>
              <w:rPr>
                <w:sz w:val="16"/>
              </w:rPr>
              <w:t>Pyhäinpäivä</w:t>
            </w:r>
          </w:p>
        </w:tc>
        <w:tc>
          <w:tcPr>
            <w:tcW w:w="6860" w:type="dxa"/>
            <w:tcMar>
              <w:top w:w="100" w:type="dxa"/>
              <w:left w:w="110" w:type="dxa"/>
              <w:bottom w:w="100" w:type="dxa"/>
              <w:right w:w="110" w:type="dxa"/>
            </w:tcMar>
            <w:vAlign w:val="center"/>
          </w:tcPr>
          <w:p w14:paraId="238601FE" w14:textId="77777777" w:rsidR="007572E7" w:rsidRDefault="007572E7">
            <w:pPr>
              <w:spacing w:line="252" w:lineRule="auto"/>
            </w:pPr>
          </w:p>
        </w:tc>
        <w:tc>
          <w:tcPr>
            <w:tcW w:w="3118" w:type="dxa"/>
            <w:tcMar>
              <w:top w:w="100" w:type="dxa"/>
              <w:left w:w="110" w:type="dxa"/>
              <w:bottom w:w="100" w:type="dxa"/>
              <w:right w:w="110" w:type="dxa"/>
            </w:tcMar>
            <w:vAlign w:val="center"/>
          </w:tcPr>
          <w:p w14:paraId="0F3CABC7" w14:textId="77777777" w:rsidR="007572E7" w:rsidRDefault="007572E7">
            <w:pPr>
              <w:spacing w:line="252" w:lineRule="auto"/>
            </w:pPr>
          </w:p>
        </w:tc>
      </w:tr>
      <w:tr w:rsidR="009D031D" w14:paraId="5797613E" w14:textId="77777777">
        <w:trPr>
          <w:cantSplit/>
          <w:jc w:val="center"/>
        </w:trPr>
        <w:tc>
          <w:tcPr>
            <w:tcW w:w="1587" w:type="dxa"/>
            <w:tcMar>
              <w:top w:w="100" w:type="dxa"/>
              <w:left w:w="110" w:type="dxa"/>
              <w:bottom w:w="100" w:type="dxa"/>
              <w:right w:w="110" w:type="dxa"/>
            </w:tcMar>
            <w:vAlign w:val="center"/>
          </w:tcPr>
          <w:p w14:paraId="3AD229D0" w14:textId="330EDF41" w:rsidR="009D031D" w:rsidRDefault="009D031D">
            <w:pPr>
              <w:spacing w:line="252" w:lineRule="auto"/>
              <w:jc w:val="center"/>
              <w:rPr>
                <w:b/>
                <w:sz w:val="16"/>
              </w:rPr>
            </w:pPr>
            <w:r>
              <w:rPr>
                <w:b/>
                <w:sz w:val="16"/>
              </w:rPr>
              <w:t>7.11.2027</w:t>
            </w:r>
          </w:p>
        </w:tc>
        <w:tc>
          <w:tcPr>
            <w:tcW w:w="3118" w:type="dxa"/>
            <w:tcMar>
              <w:top w:w="100" w:type="dxa"/>
              <w:left w:w="110" w:type="dxa"/>
              <w:bottom w:w="100" w:type="dxa"/>
              <w:right w:w="110" w:type="dxa"/>
            </w:tcMar>
            <w:vAlign w:val="center"/>
          </w:tcPr>
          <w:p w14:paraId="2B9AF532" w14:textId="4B62B387" w:rsidR="009D031D" w:rsidRDefault="00B06E8A">
            <w:pPr>
              <w:spacing w:line="252" w:lineRule="auto"/>
              <w:rPr>
                <w:sz w:val="16"/>
              </w:rPr>
            </w:pPr>
            <w:r>
              <w:rPr>
                <w:sz w:val="16"/>
              </w:rPr>
              <w:t>25. sunnuntai helluntaista</w:t>
            </w:r>
          </w:p>
        </w:tc>
        <w:tc>
          <w:tcPr>
            <w:tcW w:w="6860" w:type="dxa"/>
            <w:tcMar>
              <w:top w:w="100" w:type="dxa"/>
              <w:left w:w="110" w:type="dxa"/>
              <w:bottom w:w="100" w:type="dxa"/>
              <w:right w:w="110" w:type="dxa"/>
            </w:tcMar>
            <w:vAlign w:val="center"/>
          </w:tcPr>
          <w:p w14:paraId="72BD4778" w14:textId="77777777" w:rsidR="009D031D" w:rsidRDefault="009D031D">
            <w:pPr>
              <w:spacing w:line="252" w:lineRule="auto"/>
            </w:pPr>
          </w:p>
        </w:tc>
        <w:tc>
          <w:tcPr>
            <w:tcW w:w="3118" w:type="dxa"/>
            <w:tcMar>
              <w:top w:w="100" w:type="dxa"/>
              <w:left w:w="110" w:type="dxa"/>
              <w:bottom w:w="100" w:type="dxa"/>
              <w:right w:w="110" w:type="dxa"/>
            </w:tcMar>
            <w:vAlign w:val="center"/>
          </w:tcPr>
          <w:p w14:paraId="626BAB4C" w14:textId="77777777" w:rsidR="009D031D" w:rsidRDefault="009D031D">
            <w:pPr>
              <w:spacing w:line="252" w:lineRule="auto"/>
            </w:pPr>
          </w:p>
        </w:tc>
      </w:tr>
      <w:tr w:rsidR="007572E7" w14:paraId="701AF816" w14:textId="77777777">
        <w:trPr>
          <w:cantSplit/>
          <w:jc w:val="center"/>
        </w:trPr>
        <w:tc>
          <w:tcPr>
            <w:tcW w:w="1587" w:type="dxa"/>
            <w:shd w:val="clear" w:color="auto" w:fill="F3F6F8"/>
            <w:tcMar>
              <w:top w:w="100" w:type="dxa"/>
              <w:left w:w="110" w:type="dxa"/>
              <w:bottom w:w="100" w:type="dxa"/>
              <w:right w:w="110" w:type="dxa"/>
            </w:tcMar>
            <w:vAlign w:val="center"/>
          </w:tcPr>
          <w:p w14:paraId="5E15D2EF" w14:textId="77777777" w:rsidR="007572E7" w:rsidRDefault="00832EBB">
            <w:pPr>
              <w:spacing w:line="252" w:lineRule="auto"/>
              <w:jc w:val="center"/>
            </w:pPr>
            <w:r>
              <w:rPr>
                <w:b/>
                <w:sz w:val="16"/>
              </w:rPr>
              <w:t>14.11.2027</w:t>
            </w:r>
          </w:p>
        </w:tc>
        <w:tc>
          <w:tcPr>
            <w:tcW w:w="3118" w:type="dxa"/>
            <w:shd w:val="clear" w:color="auto" w:fill="F3F6F8"/>
            <w:tcMar>
              <w:top w:w="100" w:type="dxa"/>
              <w:left w:w="110" w:type="dxa"/>
              <w:bottom w:w="100" w:type="dxa"/>
              <w:right w:w="110" w:type="dxa"/>
            </w:tcMar>
            <w:vAlign w:val="center"/>
          </w:tcPr>
          <w:p w14:paraId="0113C0F4" w14:textId="77777777" w:rsidR="007572E7" w:rsidRDefault="00832EBB">
            <w:pPr>
              <w:spacing w:line="252" w:lineRule="auto"/>
            </w:pPr>
            <w:r>
              <w:rPr>
                <w:sz w:val="16"/>
              </w:rPr>
              <w:t>Valvomisen sunnuntai</w:t>
            </w:r>
          </w:p>
        </w:tc>
        <w:tc>
          <w:tcPr>
            <w:tcW w:w="6860" w:type="dxa"/>
            <w:shd w:val="clear" w:color="auto" w:fill="F3F6F8"/>
            <w:tcMar>
              <w:top w:w="100" w:type="dxa"/>
              <w:left w:w="110" w:type="dxa"/>
              <w:bottom w:w="100" w:type="dxa"/>
              <w:right w:w="110" w:type="dxa"/>
            </w:tcMar>
            <w:vAlign w:val="center"/>
          </w:tcPr>
          <w:p w14:paraId="5B08B5D1"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16DEB4AB" w14:textId="77777777" w:rsidR="007572E7" w:rsidRDefault="007572E7">
            <w:pPr>
              <w:spacing w:line="252" w:lineRule="auto"/>
            </w:pPr>
          </w:p>
        </w:tc>
      </w:tr>
      <w:tr w:rsidR="007572E7" w14:paraId="5338F1B3" w14:textId="77777777">
        <w:trPr>
          <w:cantSplit/>
          <w:jc w:val="center"/>
        </w:trPr>
        <w:tc>
          <w:tcPr>
            <w:tcW w:w="1587" w:type="dxa"/>
            <w:tcMar>
              <w:top w:w="100" w:type="dxa"/>
              <w:left w:w="110" w:type="dxa"/>
              <w:bottom w:w="100" w:type="dxa"/>
              <w:right w:w="110" w:type="dxa"/>
            </w:tcMar>
            <w:vAlign w:val="center"/>
          </w:tcPr>
          <w:p w14:paraId="40D61805" w14:textId="77777777" w:rsidR="007572E7" w:rsidRDefault="00832EBB">
            <w:pPr>
              <w:spacing w:line="252" w:lineRule="auto"/>
              <w:jc w:val="center"/>
            </w:pPr>
            <w:r>
              <w:rPr>
                <w:b/>
                <w:sz w:val="16"/>
              </w:rPr>
              <w:t>21.11.2027</w:t>
            </w:r>
          </w:p>
        </w:tc>
        <w:tc>
          <w:tcPr>
            <w:tcW w:w="3118" w:type="dxa"/>
            <w:tcMar>
              <w:top w:w="100" w:type="dxa"/>
              <w:left w:w="110" w:type="dxa"/>
              <w:bottom w:w="100" w:type="dxa"/>
              <w:right w:w="110" w:type="dxa"/>
            </w:tcMar>
            <w:vAlign w:val="center"/>
          </w:tcPr>
          <w:p w14:paraId="54F1710F" w14:textId="77777777" w:rsidR="007572E7" w:rsidRDefault="00832EBB">
            <w:pPr>
              <w:spacing w:line="252" w:lineRule="auto"/>
            </w:pPr>
            <w:r>
              <w:rPr>
                <w:sz w:val="16"/>
              </w:rPr>
              <w:t>Tuomiosunnuntai (Kristuksen kuninkuuden sunnuntai)</w:t>
            </w:r>
          </w:p>
        </w:tc>
        <w:tc>
          <w:tcPr>
            <w:tcW w:w="6860" w:type="dxa"/>
            <w:tcMar>
              <w:top w:w="100" w:type="dxa"/>
              <w:left w:w="110" w:type="dxa"/>
              <w:bottom w:w="100" w:type="dxa"/>
              <w:right w:w="110" w:type="dxa"/>
            </w:tcMar>
            <w:vAlign w:val="center"/>
          </w:tcPr>
          <w:p w14:paraId="127AB50F" w14:textId="77777777" w:rsidR="007572E7" w:rsidRPr="003163D2" w:rsidRDefault="00832EBB">
            <w:pPr>
              <w:spacing w:line="252" w:lineRule="auto"/>
              <w:rPr>
                <w:lang w:val="fi-FI"/>
              </w:rPr>
            </w:pPr>
            <w:r w:rsidRPr="003163D2">
              <w:rPr>
                <w:sz w:val="16"/>
                <w:lang w:val="fi-FI"/>
              </w:rPr>
              <w:t>Työhön heikossa asemassa olevien lasten parissa.</w:t>
            </w:r>
          </w:p>
        </w:tc>
        <w:tc>
          <w:tcPr>
            <w:tcW w:w="3118" w:type="dxa"/>
            <w:tcMar>
              <w:top w:w="100" w:type="dxa"/>
              <w:left w:w="110" w:type="dxa"/>
              <w:bottom w:w="100" w:type="dxa"/>
              <w:right w:w="110" w:type="dxa"/>
            </w:tcMar>
            <w:vAlign w:val="center"/>
          </w:tcPr>
          <w:p w14:paraId="160DB2F1" w14:textId="77777777" w:rsidR="007572E7" w:rsidRDefault="00832EBB">
            <w:pPr>
              <w:spacing w:line="252" w:lineRule="auto"/>
            </w:pPr>
            <w:r>
              <w:rPr>
                <w:sz w:val="16"/>
              </w:rPr>
              <w:t>Lähetysyhdistys Kylväjä ry.</w:t>
            </w:r>
          </w:p>
        </w:tc>
      </w:tr>
      <w:tr w:rsidR="007572E7" w14:paraId="56C8E924" w14:textId="77777777">
        <w:trPr>
          <w:cantSplit/>
          <w:jc w:val="center"/>
        </w:trPr>
        <w:tc>
          <w:tcPr>
            <w:tcW w:w="1587" w:type="dxa"/>
            <w:shd w:val="clear" w:color="auto" w:fill="F3F6F8"/>
            <w:tcMar>
              <w:top w:w="100" w:type="dxa"/>
              <w:left w:w="110" w:type="dxa"/>
              <w:bottom w:w="100" w:type="dxa"/>
              <w:right w:w="110" w:type="dxa"/>
            </w:tcMar>
            <w:vAlign w:val="center"/>
          </w:tcPr>
          <w:p w14:paraId="1E64DDA0" w14:textId="77777777" w:rsidR="007572E7" w:rsidRDefault="00832EBB">
            <w:pPr>
              <w:spacing w:line="252" w:lineRule="auto"/>
              <w:jc w:val="center"/>
            </w:pPr>
            <w:r>
              <w:rPr>
                <w:b/>
                <w:sz w:val="16"/>
              </w:rPr>
              <w:t>28.11.2027</w:t>
            </w:r>
          </w:p>
        </w:tc>
        <w:tc>
          <w:tcPr>
            <w:tcW w:w="3118" w:type="dxa"/>
            <w:shd w:val="clear" w:color="auto" w:fill="F3F6F8"/>
            <w:tcMar>
              <w:top w:w="100" w:type="dxa"/>
              <w:left w:w="110" w:type="dxa"/>
              <w:bottom w:w="100" w:type="dxa"/>
              <w:right w:w="110" w:type="dxa"/>
            </w:tcMar>
            <w:vAlign w:val="center"/>
          </w:tcPr>
          <w:p w14:paraId="415DDB0A" w14:textId="77777777" w:rsidR="007572E7" w:rsidRDefault="00832EBB">
            <w:pPr>
              <w:spacing w:line="252" w:lineRule="auto"/>
            </w:pPr>
            <w:r>
              <w:rPr>
                <w:sz w:val="16"/>
              </w:rPr>
              <w:t>1. adventtisunnuntai</w:t>
            </w:r>
          </w:p>
        </w:tc>
        <w:tc>
          <w:tcPr>
            <w:tcW w:w="6860" w:type="dxa"/>
            <w:shd w:val="clear" w:color="auto" w:fill="F3F6F8"/>
            <w:tcMar>
              <w:top w:w="100" w:type="dxa"/>
              <w:left w:w="110" w:type="dxa"/>
              <w:bottom w:w="100" w:type="dxa"/>
              <w:right w:w="110" w:type="dxa"/>
            </w:tcMar>
            <w:vAlign w:val="center"/>
          </w:tcPr>
          <w:p w14:paraId="7C469F92" w14:textId="77777777" w:rsidR="007572E7" w:rsidRPr="003163D2" w:rsidRDefault="00832EBB">
            <w:pPr>
              <w:spacing w:line="252" w:lineRule="auto"/>
              <w:rPr>
                <w:lang w:val="fi-FI"/>
              </w:rPr>
            </w:pPr>
            <w:r w:rsidRPr="003163D2">
              <w:rPr>
                <w:sz w:val="16"/>
                <w:lang w:val="fi-FI"/>
              </w:rPr>
              <w:t>Suomen Lähetysseuran kautta maailman lapsille, jotka viattomina joutuvat kärsimään aikuisten tekemisistä, sodista ja laiminlyönneistä.</w:t>
            </w:r>
          </w:p>
        </w:tc>
        <w:tc>
          <w:tcPr>
            <w:tcW w:w="3118" w:type="dxa"/>
            <w:shd w:val="clear" w:color="auto" w:fill="F3F6F8"/>
            <w:tcMar>
              <w:top w:w="100" w:type="dxa"/>
              <w:left w:w="110" w:type="dxa"/>
              <w:bottom w:w="100" w:type="dxa"/>
              <w:right w:w="110" w:type="dxa"/>
            </w:tcMar>
            <w:vAlign w:val="center"/>
          </w:tcPr>
          <w:p w14:paraId="489E5CA4" w14:textId="77777777" w:rsidR="007572E7" w:rsidRDefault="00832EBB">
            <w:pPr>
              <w:spacing w:line="252" w:lineRule="auto"/>
            </w:pPr>
            <w:r>
              <w:rPr>
                <w:sz w:val="16"/>
              </w:rPr>
              <w:t>Suomen Lähetysseura ry</w:t>
            </w:r>
          </w:p>
        </w:tc>
      </w:tr>
      <w:tr w:rsidR="007572E7" w14:paraId="2D1F1DB2" w14:textId="77777777">
        <w:trPr>
          <w:cantSplit/>
          <w:jc w:val="center"/>
        </w:trPr>
        <w:tc>
          <w:tcPr>
            <w:tcW w:w="1587" w:type="dxa"/>
            <w:tcMar>
              <w:top w:w="100" w:type="dxa"/>
              <w:left w:w="110" w:type="dxa"/>
              <w:bottom w:w="100" w:type="dxa"/>
              <w:right w:w="110" w:type="dxa"/>
            </w:tcMar>
            <w:vAlign w:val="center"/>
          </w:tcPr>
          <w:p w14:paraId="67500C97" w14:textId="77777777" w:rsidR="007572E7" w:rsidRDefault="00832EBB">
            <w:pPr>
              <w:spacing w:line="252" w:lineRule="auto"/>
              <w:jc w:val="center"/>
            </w:pPr>
            <w:r>
              <w:rPr>
                <w:b/>
                <w:sz w:val="16"/>
              </w:rPr>
              <w:t>5.12.2027</w:t>
            </w:r>
          </w:p>
        </w:tc>
        <w:tc>
          <w:tcPr>
            <w:tcW w:w="3118" w:type="dxa"/>
            <w:tcMar>
              <w:top w:w="100" w:type="dxa"/>
              <w:left w:w="110" w:type="dxa"/>
              <w:bottom w:w="100" w:type="dxa"/>
              <w:right w:w="110" w:type="dxa"/>
            </w:tcMar>
            <w:vAlign w:val="center"/>
          </w:tcPr>
          <w:p w14:paraId="5D22513B" w14:textId="77777777" w:rsidR="007572E7" w:rsidRDefault="00832EBB">
            <w:pPr>
              <w:spacing w:line="252" w:lineRule="auto"/>
            </w:pPr>
            <w:r>
              <w:rPr>
                <w:sz w:val="16"/>
              </w:rPr>
              <w:t>2. adventtisunnuntai</w:t>
            </w:r>
          </w:p>
        </w:tc>
        <w:tc>
          <w:tcPr>
            <w:tcW w:w="6860" w:type="dxa"/>
            <w:tcMar>
              <w:top w:w="100" w:type="dxa"/>
              <w:left w:w="110" w:type="dxa"/>
              <w:bottom w:w="100" w:type="dxa"/>
              <w:right w:w="110" w:type="dxa"/>
            </w:tcMar>
            <w:vAlign w:val="center"/>
          </w:tcPr>
          <w:p w14:paraId="0AD9C6F4" w14:textId="77777777" w:rsidR="007572E7" w:rsidRDefault="007572E7">
            <w:pPr>
              <w:spacing w:line="252" w:lineRule="auto"/>
            </w:pPr>
          </w:p>
        </w:tc>
        <w:tc>
          <w:tcPr>
            <w:tcW w:w="3118" w:type="dxa"/>
            <w:tcMar>
              <w:top w:w="100" w:type="dxa"/>
              <w:left w:w="110" w:type="dxa"/>
              <w:bottom w:w="100" w:type="dxa"/>
              <w:right w:w="110" w:type="dxa"/>
            </w:tcMar>
            <w:vAlign w:val="center"/>
          </w:tcPr>
          <w:p w14:paraId="4B1F511A" w14:textId="77777777" w:rsidR="007572E7" w:rsidRDefault="007572E7">
            <w:pPr>
              <w:spacing w:line="252" w:lineRule="auto"/>
            </w:pPr>
          </w:p>
        </w:tc>
      </w:tr>
      <w:tr w:rsidR="007572E7" w14:paraId="40020096" w14:textId="77777777">
        <w:trPr>
          <w:cantSplit/>
          <w:jc w:val="center"/>
        </w:trPr>
        <w:tc>
          <w:tcPr>
            <w:tcW w:w="1587" w:type="dxa"/>
            <w:shd w:val="clear" w:color="auto" w:fill="F3F6F8"/>
            <w:tcMar>
              <w:top w:w="100" w:type="dxa"/>
              <w:left w:w="110" w:type="dxa"/>
              <w:bottom w:w="100" w:type="dxa"/>
              <w:right w:w="110" w:type="dxa"/>
            </w:tcMar>
            <w:vAlign w:val="center"/>
          </w:tcPr>
          <w:p w14:paraId="17D47103" w14:textId="77777777" w:rsidR="007572E7" w:rsidRDefault="00832EBB">
            <w:pPr>
              <w:spacing w:line="252" w:lineRule="auto"/>
              <w:jc w:val="center"/>
            </w:pPr>
            <w:r>
              <w:rPr>
                <w:b/>
                <w:sz w:val="16"/>
              </w:rPr>
              <w:t>6.12.2027</w:t>
            </w:r>
          </w:p>
        </w:tc>
        <w:tc>
          <w:tcPr>
            <w:tcW w:w="3118" w:type="dxa"/>
            <w:shd w:val="clear" w:color="auto" w:fill="F3F6F8"/>
            <w:tcMar>
              <w:top w:w="100" w:type="dxa"/>
              <w:left w:w="110" w:type="dxa"/>
              <w:bottom w:w="100" w:type="dxa"/>
              <w:right w:w="110" w:type="dxa"/>
            </w:tcMar>
            <w:vAlign w:val="center"/>
          </w:tcPr>
          <w:p w14:paraId="5D9664F2" w14:textId="77777777" w:rsidR="007572E7" w:rsidRDefault="00832EBB">
            <w:pPr>
              <w:spacing w:line="252" w:lineRule="auto"/>
            </w:pPr>
            <w:r>
              <w:rPr>
                <w:sz w:val="16"/>
              </w:rPr>
              <w:t>Itsenäisyyspäivä</w:t>
            </w:r>
          </w:p>
        </w:tc>
        <w:tc>
          <w:tcPr>
            <w:tcW w:w="6860" w:type="dxa"/>
            <w:shd w:val="clear" w:color="auto" w:fill="F3F6F8"/>
            <w:tcMar>
              <w:top w:w="100" w:type="dxa"/>
              <w:left w:w="110" w:type="dxa"/>
              <w:bottom w:w="100" w:type="dxa"/>
              <w:right w:w="110" w:type="dxa"/>
            </w:tcMar>
            <w:vAlign w:val="center"/>
          </w:tcPr>
          <w:p w14:paraId="65F9C3DC"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5023141B" w14:textId="77777777" w:rsidR="007572E7" w:rsidRDefault="007572E7">
            <w:pPr>
              <w:spacing w:line="252" w:lineRule="auto"/>
            </w:pPr>
          </w:p>
        </w:tc>
      </w:tr>
      <w:tr w:rsidR="007572E7" w14:paraId="2F973ACA" w14:textId="77777777">
        <w:trPr>
          <w:cantSplit/>
          <w:jc w:val="center"/>
        </w:trPr>
        <w:tc>
          <w:tcPr>
            <w:tcW w:w="1587" w:type="dxa"/>
            <w:tcMar>
              <w:top w:w="100" w:type="dxa"/>
              <w:left w:w="110" w:type="dxa"/>
              <w:bottom w:w="100" w:type="dxa"/>
              <w:right w:w="110" w:type="dxa"/>
            </w:tcMar>
            <w:vAlign w:val="center"/>
          </w:tcPr>
          <w:p w14:paraId="191B5253" w14:textId="77777777" w:rsidR="007572E7" w:rsidRDefault="00832EBB">
            <w:pPr>
              <w:spacing w:line="252" w:lineRule="auto"/>
              <w:jc w:val="center"/>
            </w:pPr>
            <w:r>
              <w:rPr>
                <w:b/>
                <w:sz w:val="16"/>
              </w:rPr>
              <w:t>12.12.2027</w:t>
            </w:r>
          </w:p>
        </w:tc>
        <w:tc>
          <w:tcPr>
            <w:tcW w:w="3118" w:type="dxa"/>
            <w:tcMar>
              <w:top w:w="100" w:type="dxa"/>
              <w:left w:w="110" w:type="dxa"/>
              <w:bottom w:w="100" w:type="dxa"/>
              <w:right w:w="110" w:type="dxa"/>
            </w:tcMar>
            <w:vAlign w:val="center"/>
          </w:tcPr>
          <w:p w14:paraId="205BFDF0" w14:textId="77777777" w:rsidR="007572E7" w:rsidRDefault="00832EBB">
            <w:pPr>
              <w:spacing w:line="252" w:lineRule="auto"/>
            </w:pPr>
            <w:r>
              <w:rPr>
                <w:sz w:val="16"/>
              </w:rPr>
              <w:t>3. Adventtisunnuntai</w:t>
            </w:r>
          </w:p>
        </w:tc>
        <w:tc>
          <w:tcPr>
            <w:tcW w:w="6860" w:type="dxa"/>
            <w:tcMar>
              <w:top w:w="100" w:type="dxa"/>
              <w:left w:w="110" w:type="dxa"/>
              <w:bottom w:w="100" w:type="dxa"/>
              <w:right w:w="110" w:type="dxa"/>
            </w:tcMar>
            <w:vAlign w:val="center"/>
          </w:tcPr>
          <w:p w14:paraId="73D9CC0D" w14:textId="77777777" w:rsidR="007572E7" w:rsidRPr="003163D2" w:rsidRDefault="00832EBB">
            <w:pPr>
              <w:spacing w:line="252" w:lineRule="auto"/>
              <w:rPr>
                <w:lang w:val="fi-FI"/>
              </w:rPr>
            </w:pPr>
            <w:r w:rsidRPr="003163D2">
              <w:rPr>
                <w:sz w:val="16"/>
                <w:lang w:val="fi-FI"/>
              </w:rPr>
              <w:t>Pohjois-Suomen tunturikappelien ja maamme tiekirkkotoiminnan tukemiseen.</w:t>
            </w:r>
          </w:p>
        </w:tc>
        <w:tc>
          <w:tcPr>
            <w:tcW w:w="3118" w:type="dxa"/>
            <w:tcMar>
              <w:top w:w="100" w:type="dxa"/>
              <w:left w:w="110" w:type="dxa"/>
              <w:bottom w:w="100" w:type="dxa"/>
              <w:right w:w="110" w:type="dxa"/>
            </w:tcMar>
            <w:vAlign w:val="center"/>
          </w:tcPr>
          <w:p w14:paraId="28AE0B52" w14:textId="77777777" w:rsidR="007572E7" w:rsidRDefault="00832EBB">
            <w:pPr>
              <w:spacing w:line="252" w:lineRule="auto"/>
            </w:pPr>
            <w:r>
              <w:rPr>
                <w:sz w:val="16"/>
              </w:rPr>
              <w:t>Kirkkohallitus</w:t>
            </w:r>
          </w:p>
        </w:tc>
      </w:tr>
      <w:tr w:rsidR="007572E7" w14:paraId="02A9ADEA" w14:textId="77777777">
        <w:trPr>
          <w:cantSplit/>
          <w:jc w:val="center"/>
        </w:trPr>
        <w:tc>
          <w:tcPr>
            <w:tcW w:w="1587" w:type="dxa"/>
            <w:shd w:val="clear" w:color="auto" w:fill="F3F6F8"/>
            <w:tcMar>
              <w:top w:w="100" w:type="dxa"/>
              <w:left w:w="110" w:type="dxa"/>
              <w:bottom w:w="100" w:type="dxa"/>
              <w:right w:w="110" w:type="dxa"/>
            </w:tcMar>
            <w:vAlign w:val="center"/>
          </w:tcPr>
          <w:p w14:paraId="2981771D" w14:textId="77777777" w:rsidR="007572E7" w:rsidRDefault="00832EBB">
            <w:pPr>
              <w:spacing w:line="252" w:lineRule="auto"/>
              <w:jc w:val="center"/>
            </w:pPr>
            <w:r>
              <w:rPr>
                <w:b/>
                <w:sz w:val="16"/>
              </w:rPr>
              <w:t>19.12.2027</w:t>
            </w:r>
          </w:p>
        </w:tc>
        <w:tc>
          <w:tcPr>
            <w:tcW w:w="3118" w:type="dxa"/>
            <w:shd w:val="clear" w:color="auto" w:fill="F3F6F8"/>
            <w:tcMar>
              <w:top w:w="100" w:type="dxa"/>
              <w:left w:w="110" w:type="dxa"/>
              <w:bottom w:w="100" w:type="dxa"/>
              <w:right w:w="110" w:type="dxa"/>
            </w:tcMar>
            <w:vAlign w:val="center"/>
          </w:tcPr>
          <w:p w14:paraId="6D656407" w14:textId="77777777" w:rsidR="007572E7" w:rsidRDefault="00832EBB">
            <w:pPr>
              <w:spacing w:line="252" w:lineRule="auto"/>
            </w:pPr>
            <w:r>
              <w:rPr>
                <w:sz w:val="16"/>
              </w:rPr>
              <w:t>4. Adventtisunnuntai</w:t>
            </w:r>
          </w:p>
        </w:tc>
        <w:tc>
          <w:tcPr>
            <w:tcW w:w="6860" w:type="dxa"/>
            <w:shd w:val="clear" w:color="auto" w:fill="F3F6F8"/>
            <w:tcMar>
              <w:top w:w="100" w:type="dxa"/>
              <w:left w:w="110" w:type="dxa"/>
              <w:bottom w:w="100" w:type="dxa"/>
              <w:right w:w="110" w:type="dxa"/>
            </w:tcMar>
            <w:vAlign w:val="center"/>
          </w:tcPr>
          <w:p w14:paraId="1F3B1409"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562C75D1" w14:textId="77777777" w:rsidR="007572E7" w:rsidRDefault="007572E7">
            <w:pPr>
              <w:spacing w:line="252" w:lineRule="auto"/>
            </w:pPr>
          </w:p>
        </w:tc>
      </w:tr>
      <w:tr w:rsidR="007572E7" w14:paraId="650B60F4" w14:textId="77777777">
        <w:trPr>
          <w:cantSplit/>
          <w:jc w:val="center"/>
        </w:trPr>
        <w:tc>
          <w:tcPr>
            <w:tcW w:w="1587" w:type="dxa"/>
            <w:tcMar>
              <w:top w:w="100" w:type="dxa"/>
              <w:left w:w="110" w:type="dxa"/>
              <w:bottom w:w="100" w:type="dxa"/>
              <w:right w:w="110" w:type="dxa"/>
            </w:tcMar>
            <w:vAlign w:val="center"/>
          </w:tcPr>
          <w:p w14:paraId="6BDF4C29" w14:textId="77777777" w:rsidR="007572E7" w:rsidRDefault="00832EBB">
            <w:pPr>
              <w:spacing w:line="252" w:lineRule="auto"/>
              <w:jc w:val="center"/>
            </w:pPr>
            <w:r>
              <w:rPr>
                <w:b/>
                <w:sz w:val="16"/>
              </w:rPr>
              <w:lastRenderedPageBreak/>
              <w:t>24.12.2027</w:t>
            </w:r>
          </w:p>
        </w:tc>
        <w:tc>
          <w:tcPr>
            <w:tcW w:w="3118" w:type="dxa"/>
            <w:tcMar>
              <w:top w:w="100" w:type="dxa"/>
              <w:left w:w="110" w:type="dxa"/>
              <w:bottom w:w="100" w:type="dxa"/>
              <w:right w:w="110" w:type="dxa"/>
            </w:tcMar>
            <w:vAlign w:val="center"/>
          </w:tcPr>
          <w:p w14:paraId="454BC141" w14:textId="77777777" w:rsidR="007572E7" w:rsidRDefault="00832EBB">
            <w:pPr>
              <w:spacing w:line="252" w:lineRule="auto"/>
            </w:pPr>
            <w:r>
              <w:rPr>
                <w:sz w:val="16"/>
              </w:rPr>
              <w:t>Jouluaatto</w:t>
            </w:r>
          </w:p>
        </w:tc>
        <w:tc>
          <w:tcPr>
            <w:tcW w:w="6860" w:type="dxa"/>
            <w:tcMar>
              <w:top w:w="100" w:type="dxa"/>
              <w:left w:w="110" w:type="dxa"/>
              <w:bottom w:w="100" w:type="dxa"/>
              <w:right w:w="110" w:type="dxa"/>
            </w:tcMar>
            <w:vAlign w:val="center"/>
          </w:tcPr>
          <w:p w14:paraId="664355AD" w14:textId="77777777" w:rsidR="007572E7" w:rsidRDefault="007572E7">
            <w:pPr>
              <w:spacing w:line="252" w:lineRule="auto"/>
            </w:pPr>
          </w:p>
        </w:tc>
        <w:tc>
          <w:tcPr>
            <w:tcW w:w="3118" w:type="dxa"/>
            <w:tcMar>
              <w:top w:w="100" w:type="dxa"/>
              <w:left w:w="110" w:type="dxa"/>
              <w:bottom w:w="100" w:type="dxa"/>
              <w:right w:w="110" w:type="dxa"/>
            </w:tcMar>
            <w:vAlign w:val="center"/>
          </w:tcPr>
          <w:p w14:paraId="1A965116" w14:textId="77777777" w:rsidR="007572E7" w:rsidRDefault="007572E7">
            <w:pPr>
              <w:spacing w:line="252" w:lineRule="auto"/>
            </w:pPr>
          </w:p>
        </w:tc>
      </w:tr>
      <w:tr w:rsidR="007572E7" w14:paraId="79233AF2" w14:textId="77777777">
        <w:trPr>
          <w:cantSplit/>
          <w:jc w:val="center"/>
        </w:trPr>
        <w:tc>
          <w:tcPr>
            <w:tcW w:w="1587" w:type="dxa"/>
            <w:shd w:val="clear" w:color="auto" w:fill="F3F6F8"/>
            <w:tcMar>
              <w:top w:w="100" w:type="dxa"/>
              <w:left w:w="110" w:type="dxa"/>
              <w:bottom w:w="100" w:type="dxa"/>
              <w:right w:w="110" w:type="dxa"/>
            </w:tcMar>
            <w:vAlign w:val="center"/>
          </w:tcPr>
          <w:p w14:paraId="0D0877D3" w14:textId="77777777" w:rsidR="007572E7" w:rsidRDefault="00832EBB">
            <w:pPr>
              <w:spacing w:line="252" w:lineRule="auto"/>
              <w:jc w:val="center"/>
            </w:pPr>
            <w:r>
              <w:rPr>
                <w:b/>
                <w:sz w:val="16"/>
              </w:rPr>
              <w:t>24.12.2027</w:t>
            </w:r>
          </w:p>
        </w:tc>
        <w:tc>
          <w:tcPr>
            <w:tcW w:w="3118" w:type="dxa"/>
            <w:shd w:val="clear" w:color="auto" w:fill="F3F6F8"/>
            <w:tcMar>
              <w:top w:w="100" w:type="dxa"/>
              <w:left w:w="110" w:type="dxa"/>
              <w:bottom w:w="100" w:type="dxa"/>
              <w:right w:w="110" w:type="dxa"/>
            </w:tcMar>
            <w:vAlign w:val="center"/>
          </w:tcPr>
          <w:p w14:paraId="12F70020" w14:textId="77777777" w:rsidR="007572E7" w:rsidRDefault="00832EBB">
            <w:pPr>
              <w:spacing w:line="252" w:lineRule="auto"/>
            </w:pPr>
            <w:r>
              <w:rPr>
                <w:sz w:val="16"/>
              </w:rPr>
              <w:t>Jouluyö</w:t>
            </w:r>
          </w:p>
        </w:tc>
        <w:tc>
          <w:tcPr>
            <w:tcW w:w="6860" w:type="dxa"/>
            <w:shd w:val="clear" w:color="auto" w:fill="F3F6F8"/>
            <w:tcMar>
              <w:top w:w="100" w:type="dxa"/>
              <w:left w:w="110" w:type="dxa"/>
              <w:bottom w:w="100" w:type="dxa"/>
              <w:right w:w="110" w:type="dxa"/>
            </w:tcMar>
            <w:vAlign w:val="center"/>
          </w:tcPr>
          <w:p w14:paraId="7DF4E37C"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44FB30F8" w14:textId="77777777" w:rsidR="007572E7" w:rsidRDefault="007572E7">
            <w:pPr>
              <w:spacing w:line="252" w:lineRule="auto"/>
            </w:pPr>
          </w:p>
        </w:tc>
      </w:tr>
      <w:tr w:rsidR="007572E7" w14:paraId="015EEC23" w14:textId="77777777">
        <w:trPr>
          <w:cantSplit/>
          <w:jc w:val="center"/>
        </w:trPr>
        <w:tc>
          <w:tcPr>
            <w:tcW w:w="1587" w:type="dxa"/>
            <w:tcMar>
              <w:top w:w="100" w:type="dxa"/>
              <w:left w:w="110" w:type="dxa"/>
              <w:bottom w:w="100" w:type="dxa"/>
              <w:right w:w="110" w:type="dxa"/>
            </w:tcMar>
            <w:vAlign w:val="center"/>
          </w:tcPr>
          <w:p w14:paraId="6A0D121A" w14:textId="77777777" w:rsidR="007572E7" w:rsidRDefault="00832EBB">
            <w:pPr>
              <w:spacing w:line="252" w:lineRule="auto"/>
              <w:jc w:val="center"/>
            </w:pPr>
            <w:r>
              <w:rPr>
                <w:b/>
                <w:sz w:val="16"/>
              </w:rPr>
              <w:t>25.12.2027</w:t>
            </w:r>
          </w:p>
        </w:tc>
        <w:tc>
          <w:tcPr>
            <w:tcW w:w="3118" w:type="dxa"/>
            <w:tcMar>
              <w:top w:w="100" w:type="dxa"/>
              <w:left w:w="110" w:type="dxa"/>
              <w:bottom w:w="100" w:type="dxa"/>
              <w:right w:w="110" w:type="dxa"/>
            </w:tcMar>
            <w:vAlign w:val="center"/>
          </w:tcPr>
          <w:p w14:paraId="6124F42C" w14:textId="77777777" w:rsidR="007572E7" w:rsidRDefault="00832EBB">
            <w:pPr>
              <w:spacing w:line="252" w:lineRule="auto"/>
            </w:pPr>
            <w:r>
              <w:rPr>
                <w:sz w:val="16"/>
              </w:rPr>
              <w:t>Jouluaamu</w:t>
            </w:r>
          </w:p>
        </w:tc>
        <w:tc>
          <w:tcPr>
            <w:tcW w:w="6860" w:type="dxa"/>
            <w:tcMar>
              <w:top w:w="100" w:type="dxa"/>
              <w:left w:w="110" w:type="dxa"/>
              <w:bottom w:w="100" w:type="dxa"/>
              <w:right w:w="110" w:type="dxa"/>
            </w:tcMar>
            <w:vAlign w:val="center"/>
          </w:tcPr>
          <w:p w14:paraId="1DA6542E" w14:textId="77777777" w:rsidR="007572E7" w:rsidRDefault="007572E7">
            <w:pPr>
              <w:spacing w:line="252" w:lineRule="auto"/>
            </w:pPr>
          </w:p>
        </w:tc>
        <w:tc>
          <w:tcPr>
            <w:tcW w:w="3118" w:type="dxa"/>
            <w:tcMar>
              <w:top w:w="100" w:type="dxa"/>
              <w:left w:w="110" w:type="dxa"/>
              <w:bottom w:w="100" w:type="dxa"/>
              <w:right w:w="110" w:type="dxa"/>
            </w:tcMar>
            <w:vAlign w:val="center"/>
          </w:tcPr>
          <w:p w14:paraId="3041E394" w14:textId="77777777" w:rsidR="007572E7" w:rsidRDefault="007572E7">
            <w:pPr>
              <w:spacing w:line="252" w:lineRule="auto"/>
            </w:pPr>
          </w:p>
        </w:tc>
      </w:tr>
      <w:tr w:rsidR="007572E7" w14:paraId="4AB8EB8E" w14:textId="77777777">
        <w:trPr>
          <w:cantSplit/>
          <w:jc w:val="center"/>
        </w:trPr>
        <w:tc>
          <w:tcPr>
            <w:tcW w:w="1587" w:type="dxa"/>
            <w:shd w:val="clear" w:color="auto" w:fill="F3F6F8"/>
            <w:tcMar>
              <w:top w:w="100" w:type="dxa"/>
              <w:left w:w="110" w:type="dxa"/>
              <w:bottom w:w="100" w:type="dxa"/>
              <w:right w:w="110" w:type="dxa"/>
            </w:tcMar>
            <w:vAlign w:val="center"/>
          </w:tcPr>
          <w:p w14:paraId="7E6C7DBB" w14:textId="77777777" w:rsidR="007572E7" w:rsidRDefault="00832EBB">
            <w:pPr>
              <w:spacing w:line="252" w:lineRule="auto"/>
              <w:jc w:val="center"/>
            </w:pPr>
            <w:r>
              <w:rPr>
                <w:b/>
                <w:sz w:val="16"/>
              </w:rPr>
              <w:t>25.12.2027</w:t>
            </w:r>
          </w:p>
        </w:tc>
        <w:tc>
          <w:tcPr>
            <w:tcW w:w="3118" w:type="dxa"/>
            <w:shd w:val="clear" w:color="auto" w:fill="F3F6F8"/>
            <w:tcMar>
              <w:top w:w="100" w:type="dxa"/>
              <w:left w:w="110" w:type="dxa"/>
              <w:bottom w:w="100" w:type="dxa"/>
              <w:right w:w="110" w:type="dxa"/>
            </w:tcMar>
            <w:vAlign w:val="center"/>
          </w:tcPr>
          <w:p w14:paraId="5CB60735" w14:textId="77777777" w:rsidR="007572E7" w:rsidRDefault="00832EBB">
            <w:pPr>
              <w:spacing w:line="252" w:lineRule="auto"/>
            </w:pPr>
            <w:r>
              <w:rPr>
                <w:sz w:val="16"/>
              </w:rPr>
              <w:t>Joulupäivä</w:t>
            </w:r>
          </w:p>
        </w:tc>
        <w:tc>
          <w:tcPr>
            <w:tcW w:w="6860" w:type="dxa"/>
            <w:shd w:val="clear" w:color="auto" w:fill="F3F6F8"/>
            <w:tcMar>
              <w:top w:w="100" w:type="dxa"/>
              <w:left w:w="110" w:type="dxa"/>
              <w:bottom w:w="100" w:type="dxa"/>
              <w:right w:w="110" w:type="dxa"/>
            </w:tcMar>
            <w:vAlign w:val="center"/>
          </w:tcPr>
          <w:p w14:paraId="722B00AE"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42C6D796" w14:textId="77777777" w:rsidR="007572E7" w:rsidRDefault="007572E7">
            <w:pPr>
              <w:spacing w:line="252" w:lineRule="auto"/>
            </w:pPr>
          </w:p>
        </w:tc>
      </w:tr>
      <w:tr w:rsidR="007572E7" w14:paraId="74F60927" w14:textId="77777777">
        <w:trPr>
          <w:cantSplit/>
          <w:jc w:val="center"/>
        </w:trPr>
        <w:tc>
          <w:tcPr>
            <w:tcW w:w="1587" w:type="dxa"/>
            <w:tcMar>
              <w:top w:w="100" w:type="dxa"/>
              <w:left w:w="110" w:type="dxa"/>
              <w:bottom w:w="100" w:type="dxa"/>
              <w:right w:w="110" w:type="dxa"/>
            </w:tcMar>
            <w:vAlign w:val="center"/>
          </w:tcPr>
          <w:p w14:paraId="26F48A95" w14:textId="77777777" w:rsidR="007572E7" w:rsidRDefault="00832EBB">
            <w:pPr>
              <w:spacing w:line="252" w:lineRule="auto"/>
              <w:jc w:val="center"/>
            </w:pPr>
            <w:r>
              <w:rPr>
                <w:b/>
                <w:sz w:val="16"/>
              </w:rPr>
              <w:t>26.12.2027</w:t>
            </w:r>
          </w:p>
        </w:tc>
        <w:tc>
          <w:tcPr>
            <w:tcW w:w="3118" w:type="dxa"/>
            <w:tcMar>
              <w:top w:w="100" w:type="dxa"/>
              <w:left w:w="110" w:type="dxa"/>
              <w:bottom w:w="100" w:type="dxa"/>
              <w:right w:w="110" w:type="dxa"/>
            </w:tcMar>
            <w:vAlign w:val="center"/>
          </w:tcPr>
          <w:p w14:paraId="65EF9BDE" w14:textId="77777777" w:rsidR="007572E7" w:rsidRDefault="00832EBB">
            <w:pPr>
              <w:spacing w:line="252" w:lineRule="auto"/>
            </w:pPr>
            <w:r>
              <w:rPr>
                <w:sz w:val="16"/>
              </w:rPr>
              <w:t>Tapaninpäivä</w:t>
            </w:r>
          </w:p>
        </w:tc>
        <w:tc>
          <w:tcPr>
            <w:tcW w:w="6860" w:type="dxa"/>
            <w:tcMar>
              <w:top w:w="100" w:type="dxa"/>
              <w:left w:w="110" w:type="dxa"/>
              <w:bottom w:w="100" w:type="dxa"/>
              <w:right w:w="110" w:type="dxa"/>
            </w:tcMar>
            <w:vAlign w:val="center"/>
          </w:tcPr>
          <w:p w14:paraId="6E1831B3" w14:textId="77777777" w:rsidR="007572E7" w:rsidRDefault="007572E7">
            <w:pPr>
              <w:spacing w:line="252" w:lineRule="auto"/>
            </w:pPr>
          </w:p>
        </w:tc>
        <w:tc>
          <w:tcPr>
            <w:tcW w:w="3118" w:type="dxa"/>
            <w:tcMar>
              <w:top w:w="100" w:type="dxa"/>
              <w:left w:w="110" w:type="dxa"/>
              <w:bottom w:w="100" w:type="dxa"/>
              <w:right w:w="110" w:type="dxa"/>
            </w:tcMar>
            <w:vAlign w:val="center"/>
          </w:tcPr>
          <w:p w14:paraId="54E11D2A" w14:textId="77777777" w:rsidR="007572E7" w:rsidRDefault="007572E7">
            <w:pPr>
              <w:spacing w:line="252" w:lineRule="auto"/>
            </w:pPr>
          </w:p>
        </w:tc>
      </w:tr>
      <w:tr w:rsidR="007572E7" w14:paraId="4CD1753A" w14:textId="77777777">
        <w:trPr>
          <w:cantSplit/>
          <w:jc w:val="center"/>
        </w:trPr>
        <w:tc>
          <w:tcPr>
            <w:tcW w:w="1587" w:type="dxa"/>
            <w:shd w:val="clear" w:color="auto" w:fill="F3F6F8"/>
            <w:tcMar>
              <w:top w:w="100" w:type="dxa"/>
              <w:left w:w="110" w:type="dxa"/>
              <w:bottom w:w="100" w:type="dxa"/>
              <w:right w:w="110" w:type="dxa"/>
            </w:tcMar>
            <w:vAlign w:val="center"/>
          </w:tcPr>
          <w:p w14:paraId="1AC607BE" w14:textId="77777777" w:rsidR="007572E7" w:rsidRDefault="00832EBB">
            <w:pPr>
              <w:spacing w:line="252" w:lineRule="auto"/>
              <w:jc w:val="center"/>
            </w:pPr>
            <w:r>
              <w:rPr>
                <w:b/>
                <w:sz w:val="16"/>
              </w:rPr>
              <w:t>27.12.2027</w:t>
            </w:r>
          </w:p>
        </w:tc>
        <w:tc>
          <w:tcPr>
            <w:tcW w:w="3118" w:type="dxa"/>
            <w:shd w:val="clear" w:color="auto" w:fill="F3F6F8"/>
            <w:tcMar>
              <w:top w:w="100" w:type="dxa"/>
              <w:left w:w="110" w:type="dxa"/>
              <w:bottom w:w="100" w:type="dxa"/>
              <w:right w:w="110" w:type="dxa"/>
            </w:tcMar>
            <w:vAlign w:val="center"/>
          </w:tcPr>
          <w:p w14:paraId="421B4A95" w14:textId="77777777" w:rsidR="007572E7" w:rsidRDefault="00832EBB">
            <w:pPr>
              <w:spacing w:line="252" w:lineRule="auto"/>
            </w:pPr>
            <w:r>
              <w:rPr>
                <w:sz w:val="16"/>
              </w:rPr>
              <w:t>Apostoli Johanneksen päivä (3. joulupäivä)</w:t>
            </w:r>
          </w:p>
        </w:tc>
        <w:tc>
          <w:tcPr>
            <w:tcW w:w="6860" w:type="dxa"/>
            <w:shd w:val="clear" w:color="auto" w:fill="F3F6F8"/>
            <w:tcMar>
              <w:top w:w="100" w:type="dxa"/>
              <w:left w:w="110" w:type="dxa"/>
              <w:bottom w:w="100" w:type="dxa"/>
              <w:right w:w="110" w:type="dxa"/>
            </w:tcMar>
            <w:vAlign w:val="center"/>
          </w:tcPr>
          <w:p w14:paraId="31126E5D"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2DE403A5" w14:textId="77777777" w:rsidR="007572E7" w:rsidRDefault="007572E7">
            <w:pPr>
              <w:spacing w:line="252" w:lineRule="auto"/>
            </w:pPr>
          </w:p>
        </w:tc>
      </w:tr>
      <w:tr w:rsidR="007572E7" w14:paraId="225B24ED" w14:textId="77777777">
        <w:trPr>
          <w:cantSplit/>
          <w:jc w:val="center"/>
        </w:trPr>
        <w:tc>
          <w:tcPr>
            <w:tcW w:w="1587" w:type="dxa"/>
            <w:tcMar>
              <w:top w:w="100" w:type="dxa"/>
              <w:left w:w="110" w:type="dxa"/>
              <w:bottom w:w="100" w:type="dxa"/>
              <w:right w:w="110" w:type="dxa"/>
            </w:tcMar>
            <w:vAlign w:val="center"/>
          </w:tcPr>
          <w:p w14:paraId="3EC364AA" w14:textId="77777777" w:rsidR="007572E7" w:rsidRDefault="00832EBB">
            <w:pPr>
              <w:spacing w:line="252" w:lineRule="auto"/>
              <w:jc w:val="center"/>
            </w:pPr>
            <w:r>
              <w:rPr>
                <w:b/>
                <w:sz w:val="16"/>
              </w:rPr>
              <w:t>28.12.2027</w:t>
            </w:r>
          </w:p>
        </w:tc>
        <w:tc>
          <w:tcPr>
            <w:tcW w:w="3118" w:type="dxa"/>
            <w:tcMar>
              <w:top w:w="100" w:type="dxa"/>
              <w:left w:w="110" w:type="dxa"/>
              <w:bottom w:w="100" w:type="dxa"/>
              <w:right w:w="110" w:type="dxa"/>
            </w:tcMar>
            <w:vAlign w:val="center"/>
          </w:tcPr>
          <w:p w14:paraId="6AFF9FD3" w14:textId="77777777" w:rsidR="007572E7" w:rsidRDefault="00832EBB">
            <w:pPr>
              <w:spacing w:line="252" w:lineRule="auto"/>
            </w:pPr>
            <w:r>
              <w:rPr>
                <w:sz w:val="16"/>
              </w:rPr>
              <w:t>Viattomien lasten päivä (4. joulupäivä)</w:t>
            </w:r>
          </w:p>
        </w:tc>
        <w:tc>
          <w:tcPr>
            <w:tcW w:w="6860" w:type="dxa"/>
            <w:tcMar>
              <w:top w:w="100" w:type="dxa"/>
              <w:left w:w="110" w:type="dxa"/>
              <w:bottom w:w="100" w:type="dxa"/>
              <w:right w:w="110" w:type="dxa"/>
            </w:tcMar>
            <w:vAlign w:val="center"/>
          </w:tcPr>
          <w:p w14:paraId="62431CDC" w14:textId="77777777" w:rsidR="007572E7" w:rsidRDefault="007572E7">
            <w:pPr>
              <w:spacing w:line="252" w:lineRule="auto"/>
            </w:pPr>
          </w:p>
        </w:tc>
        <w:tc>
          <w:tcPr>
            <w:tcW w:w="3118" w:type="dxa"/>
            <w:tcMar>
              <w:top w:w="100" w:type="dxa"/>
              <w:left w:w="110" w:type="dxa"/>
              <w:bottom w:w="100" w:type="dxa"/>
              <w:right w:w="110" w:type="dxa"/>
            </w:tcMar>
            <w:vAlign w:val="center"/>
          </w:tcPr>
          <w:p w14:paraId="49E398E2" w14:textId="77777777" w:rsidR="007572E7" w:rsidRDefault="007572E7">
            <w:pPr>
              <w:spacing w:line="252" w:lineRule="auto"/>
            </w:pPr>
          </w:p>
        </w:tc>
      </w:tr>
      <w:tr w:rsidR="007572E7" w14:paraId="59E6EF69" w14:textId="77777777">
        <w:trPr>
          <w:cantSplit/>
          <w:jc w:val="center"/>
        </w:trPr>
        <w:tc>
          <w:tcPr>
            <w:tcW w:w="1587" w:type="dxa"/>
            <w:shd w:val="clear" w:color="auto" w:fill="F3F6F8"/>
            <w:tcMar>
              <w:top w:w="100" w:type="dxa"/>
              <w:left w:w="110" w:type="dxa"/>
              <w:bottom w:w="100" w:type="dxa"/>
              <w:right w:w="110" w:type="dxa"/>
            </w:tcMar>
            <w:vAlign w:val="center"/>
          </w:tcPr>
          <w:p w14:paraId="308ED990" w14:textId="77777777" w:rsidR="007572E7" w:rsidRDefault="00832EBB">
            <w:pPr>
              <w:spacing w:line="252" w:lineRule="auto"/>
              <w:jc w:val="center"/>
            </w:pPr>
            <w:r>
              <w:rPr>
                <w:b/>
                <w:sz w:val="16"/>
              </w:rPr>
              <w:t>31.12.2027</w:t>
            </w:r>
          </w:p>
        </w:tc>
        <w:tc>
          <w:tcPr>
            <w:tcW w:w="3118" w:type="dxa"/>
            <w:shd w:val="clear" w:color="auto" w:fill="F3F6F8"/>
            <w:tcMar>
              <w:top w:w="100" w:type="dxa"/>
              <w:left w:w="110" w:type="dxa"/>
              <w:bottom w:w="100" w:type="dxa"/>
              <w:right w:w="110" w:type="dxa"/>
            </w:tcMar>
            <w:vAlign w:val="center"/>
          </w:tcPr>
          <w:p w14:paraId="15BD9470" w14:textId="77777777" w:rsidR="007572E7" w:rsidRDefault="00832EBB">
            <w:pPr>
              <w:spacing w:line="252" w:lineRule="auto"/>
            </w:pPr>
            <w:r>
              <w:rPr>
                <w:sz w:val="16"/>
              </w:rPr>
              <w:t>Uudenvuoden aatto</w:t>
            </w:r>
          </w:p>
        </w:tc>
        <w:tc>
          <w:tcPr>
            <w:tcW w:w="6860" w:type="dxa"/>
            <w:shd w:val="clear" w:color="auto" w:fill="F3F6F8"/>
            <w:tcMar>
              <w:top w:w="100" w:type="dxa"/>
              <w:left w:w="110" w:type="dxa"/>
              <w:bottom w:w="100" w:type="dxa"/>
              <w:right w:w="110" w:type="dxa"/>
            </w:tcMar>
            <w:vAlign w:val="center"/>
          </w:tcPr>
          <w:p w14:paraId="16287F21" w14:textId="77777777" w:rsidR="007572E7" w:rsidRDefault="007572E7">
            <w:pPr>
              <w:spacing w:line="252" w:lineRule="auto"/>
            </w:pPr>
          </w:p>
        </w:tc>
        <w:tc>
          <w:tcPr>
            <w:tcW w:w="3118" w:type="dxa"/>
            <w:shd w:val="clear" w:color="auto" w:fill="F3F6F8"/>
            <w:tcMar>
              <w:top w:w="100" w:type="dxa"/>
              <w:left w:w="110" w:type="dxa"/>
              <w:bottom w:w="100" w:type="dxa"/>
              <w:right w:w="110" w:type="dxa"/>
            </w:tcMar>
            <w:vAlign w:val="center"/>
          </w:tcPr>
          <w:p w14:paraId="5BE93A62" w14:textId="77777777" w:rsidR="007572E7" w:rsidRDefault="007572E7">
            <w:pPr>
              <w:spacing w:line="252" w:lineRule="auto"/>
            </w:pPr>
          </w:p>
        </w:tc>
      </w:tr>
    </w:tbl>
    <w:p w14:paraId="384BA73E" w14:textId="77777777" w:rsidR="007572E7" w:rsidRDefault="00832EBB">
      <w:r>
        <w:br w:type="page"/>
      </w:r>
    </w:p>
    <w:p w14:paraId="00B40D8D" w14:textId="77777777" w:rsidR="007572E7" w:rsidRDefault="00832EBB">
      <w:pPr>
        <w:pStyle w:val="Otsikko1"/>
      </w:pPr>
      <w:r>
        <w:lastRenderedPageBreak/>
        <w:t>2. Suosituskolehdit</w:t>
      </w:r>
    </w:p>
    <w:p w14:paraId="044B46C2" w14:textId="77777777" w:rsidR="007572E7" w:rsidRDefault="00832EBB">
      <w:pPr>
        <w:spacing w:after="160"/>
      </w:pPr>
      <w:r>
        <w:t>Kaikki suosituskolehdin saajat kolehtikohteineen.</w:t>
      </w:r>
    </w:p>
    <w:tbl>
      <w:tblPr>
        <w:tblStyle w:val="TaulukkoRuudukko"/>
        <w:tblW w:w="0" w:type="auto"/>
        <w:jc w:val="center"/>
        <w:tblLayout w:type="fixed"/>
        <w:tblLook w:val="04A0" w:firstRow="1" w:lastRow="0" w:firstColumn="1" w:lastColumn="0" w:noHBand="0" w:noVBand="1"/>
      </w:tblPr>
      <w:tblGrid>
        <w:gridCol w:w="4082"/>
        <w:gridCol w:w="10602"/>
      </w:tblGrid>
      <w:tr w:rsidR="007572E7" w14:paraId="234A5B9E" w14:textId="77777777" w:rsidTr="4A86802C">
        <w:trPr>
          <w:tblHeader/>
          <w:jc w:val="center"/>
        </w:trPr>
        <w:tc>
          <w:tcPr>
            <w:tcW w:w="4082" w:type="dxa"/>
            <w:shd w:val="clear" w:color="auto" w:fill="1F4E79"/>
            <w:tcMar>
              <w:top w:w="100" w:type="dxa"/>
              <w:left w:w="110" w:type="dxa"/>
              <w:bottom w:w="100" w:type="dxa"/>
              <w:right w:w="110" w:type="dxa"/>
            </w:tcMar>
            <w:vAlign w:val="center"/>
          </w:tcPr>
          <w:p w14:paraId="0FFBF790" w14:textId="77777777" w:rsidR="007572E7" w:rsidRDefault="00832EBB">
            <w:pPr>
              <w:jc w:val="center"/>
            </w:pPr>
            <w:r>
              <w:rPr>
                <w:b/>
                <w:color w:val="FFFFFF"/>
              </w:rPr>
              <w:t>Suosituskolehdin saaja</w:t>
            </w:r>
          </w:p>
        </w:tc>
        <w:tc>
          <w:tcPr>
            <w:tcW w:w="10602" w:type="dxa"/>
            <w:shd w:val="clear" w:color="auto" w:fill="1F4E79"/>
            <w:tcMar>
              <w:top w:w="100" w:type="dxa"/>
              <w:left w:w="110" w:type="dxa"/>
              <w:bottom w:w="100" w:type="dxa"/>
              <w:right w:w="110" w:type="dxa"/>
            </w:tcMar>
            <w:vAlign w:val="center"/>
          </w:tcPr>
          <w:p w14:paraId="4574B2B3" w14:textId="77777777" w:rsidR="007572E7" w:rsidRDefault="00832EBB">
            <w:pPr>
              <w:jc w:val="center"/>
            </w:pPr>
            <w:r>
              <w:rPr>
                <w:b/>
                <w:color w:val="FFFFFF"/>
              </w:rPr>
              <w:t>Kolehtikohde</w:t>
            </w:r>
          </w:p>
        </w:tc>
      </w:tr>
      <w:tr w:rsidR="007572E7" w:rsidRPr="009D031D" w14:paraId="28CB5050" w14:textId="77777777" w:rsidTr="4A86802C">
        <w:trPr>
          <w:cantSplit/>
          <w:jc w:val="center"/>
        </w:trPr>
        <w:tc>
          <w:tcPr>
            <w:tcW w:w="4082" w:type="dxa"/>
            <w:tcMar>
              <w:top w:w="100" w:type="dxa"/>
              <w:left w:w="110" w:type="dxa"/>
              <w:bottom w:w="100" w:type="dxa"/>
              <w:right w:w="110" w:type="dxa"/>
            </w:tcMar>
            <w:vAlign w:val="center"/>
          </w:tcPr>
          <w:p w14:paraId="7C434BD2" w14:textId="77777777" w:rsidR="007572E7" w:rsidRDefault="00832EBB">
            <w:pPr>
              <w:spacing w:line="252" w:lineRule="auto"/>
              <w:jc w:val="center"/>
            </w:pPr>
            <w:r>
              <w:rPr>
                <w:b/>
                <w:sz w:val="16"/>
              </w:rPr>
              <w:t>Suomen Lähetysneuvosto ry</w:t>
            </w:r>
          </w:p>
        </w:tc>
        <w:tc>
          <w:tcPr>
            <w:tcW w:w="10602" w:type="dxa"/>
            <w:tcMar>
              <w:top w:w="100" w:type="dxa"/>
              <w:left w:w="110" w:type="dxa"/>
              <w:bottom w:w="100" w:type="dxa"/>
              <w:right w:w="110" w:type="dxa"/>
            </w:tcMar>
            <w:vAlign w:val="center"/>
          </w:tcPr>
          <w:p w14:paraId="6844D7BC" w14:textId="77777777" w:rsidR="007572E7" w:rsidRPr="003163D2" w:rsidRDefault="00832EBB">
            <w:pPr>
              <w:spacing w:line="252" w:lineRule="auto"/>
              <w:rPr>
                <w:lang w:val="fi-FI"/>
              </w:rPr>
            </w:pPr>
            <w:r w:rsidRPr="003163D2">
              <w:rPr>
                <w:sz w:val="16"/>
                <w:lang w:val="fi-FI"/>
              </w:rPr>
              <w:t>Lähettilasten ja -nuorten tapahtumien ja leiritoiminnan mahdollistamiseksi sekä lähetystyöntekijöiden henkiseen huoltoon Suomen Lähetysneuvoston kautta. Romano Missio ry:n arjen diakonia – Syrjäytymisen ehkäisy ja ylisukupolvisen huono-osaisuuden katkaiseminen romaniperheissä.</w:t>
            </w:r>
          </w:p>
        </w:tc>
      </w:tr>
      <w:tr w:rsidR="007572E7" w:rsidRPr="009D031D" w14:paraId="7D116A12" w14:textId="77777777" w:rsidTr="4A86802C">
        <w:trPr>
          <w:cantSplit/>
          <w:jc w:val="center"/>
        </w:trPr>
        <w:tc>
          <w:tcPr>
            <w:tcW w:w="4082" w:type="dxa"/>
            <w:shd w:val="clear" w:color="auto" w:fill="F3F6F8"/>
            <w:tcMar>
              <w:top w:w="100" w:type="dxa"/>
              <w:left w:w="110" w:type="dxa"/>
              <w:bottom w:w="100" w:type="dxa"/>
              <w:right w:w="110" w:type="dxa"/>
            </w:tcMar>
            <w:vAlign w:val="center"/>
          </w:tcPr>
          <w:p w14:paraId="625134E0" w14:textId="77777777" w:rsidR="007572E7" w:rsidRDefault="00832EBB">
            <w:pPr>
              <w:spacing w:line="252" w:lineRule="auto"/>
              <w:jc w:val="center"/>
            </w:pPr>
            <w:r>
              <w:rPr>
                <w:b/>
                <w:sz w:val="16"/>
              </w:rPr>
              <w:t>RomanoMissio ry</w:t>
            </w:r>
          </w:p>
        </w:tc>
        <w:tc>
          <w:tcPr>
            <w:tcW w:w="10602" w:type="dxa"/>
            <w:shd w:val="clear" w:color="auto" w:fill="F3F6F8"/>
            <w:tcMar>
              <w:top w:w="100" w:type="dxa"/>
              <w:left w:w="110" w:type="dxa"/>
              <w:bottom w:w="100" w:type="dxa"/>
              <w:right w:w="110" w:type="dxa"/>
            </w:tcMar>
            <w:vAlign w:val="center"/>
          </w:tcPr>
          <w:p w14:paraId="399C5FED" w14:textId="77777777" w:rsidR="007572E7" w:rsidRPr="003163D2" w:rsidRDefault="00832EBB">
            <w:pPr>
              <w:spacing w:line="252" w:lineRule="auto"/>
              <w:rPr>
                <w:lang w:val="fi-FI"/>
              </w:rPr>
            </w:pPr>
            <w:r w:rsidRPr="003163D2">
              <w:rPr>
                <w:sz w:val="16"/>
                <w:lang w:val="fi-FI"/>
              </w:rPr>
              <w:t>Kolehtituloilla tuetaan vaikeassa elämäntilanteessa olevia perheitä ja yksilöitä kriisiavulla sekä vahvistetaan heidän osallisuuttaan seurakuntien ja yhteiskunnan palveluissa.</w:t>
            </w:r>
          </w:p>
        </w:tc>
      </w:tr>
      <w:tr w:rsidR="007572E7" w14:paraId="6A9F6604" w14:textId="77777777" w:rsidTr="4A86802C">
        <w:trPr>
          <w:cantSplit/>
          <w:jc w:val="center"/>
        </w:trPr>
        <w:tc>
          <w:tcPr>
            <w:tcW w:w="4082" w:type="dxa"/>
            <w:tcMar>
              <w:top w:w="100" w:type="dxa"/>
              <w:left w:w="110" w:type="dxa"/>
              <w:bottom w:w="100" w:type="dxa"/>
              <w:right w:w="110" w:type="dxa"/>
            </w:tcMar>
            <w:vAlign w:val="center"/>
          </w:tcPr>
          <w:p w14:paraId="52FC36FB" w14:textId="77777777" w:rsidR="007572E7" w:rsidRPr="003163D2" w:rsidRDefault="00832EBB">
            <w:pPr>
              <w:spacing w:line="252" w:lineRule="auto"/>
              <w:jc w:val="center"/>
              <w:rPr>
                <w:lang w:val="fi-FI"/>
              </w:rPr>
            </w:pPr>
            <w:r w:rsidRPr="003163D2">
              <w:rPr>
                <w:b/>
                <w:sz w:val="16"/>
                <w:lang w:val="fi-FI"/>
              </w:rPr>
              <w:t>Suomen Evankelisluterilainen Opiskelija- ja Koululaislähetys ry</w:t>
            </w:r>
          </w:p>
        </w:tc>
        <w:tc>
          <w:tcPr>
            <w:tcW w:w="10602" w:type="dxa"/>
            <w:tcMar>
              <w:top w:w="100" w:type="dxa"/>
              <w:left w:w="110" w:type="dxa"/>
              <w:bottom w:w="100" w:type="dxa"/>
              <w:right w:w="110" w:type="dxa"/>
            </w:tcMar>
            <w:vAlign w:val="center"/>
          </w:tcPr>
          <w:p w14:paraId="73117F14" w14:textId="77777777" w:rsidR="007572E7" w:rsidRDefault="00832EBB">
            <w:pPr>
              <w:spacing w:line="252" w:lineRule="auto"/>
            </w:pPr>
            <w:r w:rsidRPr="003163D2">
              <w:rPr>
                <w:sz w:val="16"/>
                <w:lang w:val="fi-FI"/>
              </w:rPr>
              <w:t xml:space="preserve">Lasten, varhaisnuorten ja nuorten leiri- ja harrastustoimintaan. </w:t>
            </w:r>
            <w:r>
              <w:rPr>
                <w:sz w:val="16"/>
              </w:rPr>
              <w:t>Kolehtituki kohdennetaan lasten ja varhaisnuorten leirien järjestämisen.</w:t>
            </w:r>
          </w:p>
        </w:tc>
      </w:tr>
      <w:tr w:rsidR="007572E7" w14:paraId="2F266DB1" w14:textId="77777777" w:rsidTr="4A86802C">
        <w:trPr>
          <w:cantSplit/>
          <w:jc w:val="center"/>
        </w:trPr>
        <w:tc>
          <w:tcPr>
            <w:tcW w:w="4082" w:type="dxa"/>
            <w:shd w:val="clear" w:color="auto" w:fill="F3F6F8"/>
            <w:tcMar>
              <w:top w:w="100" w:type="dxa"/>
              <w:left w:w="110" w:type="dxa"/>
              <w:bottom w:w="100" w:type="dxa"/>
              <w:right w:w="110" w:type="dxa"/>
            </w:tcMar>
            <w:vAlign w:val="center"/>
          </w:tcPr>
          <w:p w14:paraId="1293455E" w14:textId="77777777" w:rsidR="007572E7" w:rsidRDefault="00832EBB">
            <w:pPr>
              <w:spacing w:line="252" w:lineRule="auto"/>
              <w:jc w:val="center"/>
            </w:pPr>
            <w:r>
              <w:rPr>
                <w:b/>
                <w:sz w:val="16"/>
              </w:rPr>
              <w:t>Kirkon keskusteluapu</w:t>
            </w:r>
          </w:p>
        </w:tc>
        <w:tc>
          <w:tcPr>
            <w:tcW w:w="10602" w:type="dxa"/>
            <w:shd w:val="clear" w:color="auto" w:fill="F3F6F8"/>
            <w:tcMar>
              <w:top w:w="100" w:type="dxa"/>
              <w:left w:w="110" w:type="dxa"/>
              <w:bottom w:w="100" w:type="dxa"/>
              <w:right w:w="110" w:type="dxa"/>
            </w:tcMar>
            <w:vAlign w:val="center"/>
          </w:tcPr>
          <w:p w14:paraId="70E466F0" w14:textId="77777777" w:rsidR="007572E7" w:rsidRDefault="00832EBB">
            <w:pPr>
              <w:spacing w:line="252" w:lineRule="auto"/>
            </w:pPr>
            <w:r w:rsidRPr="003163D2">
              <w:rPr>
                <w:sz w:val="16"/>
                <w:lang w:val="fi-FI"/>
              </w:rPr>
              <w:t xml:space="preserve">Kirkon keskusteluapu (KKA) on valtakunnallinen työmuoto, joka tarjoaa matalan kynnyksen sielunhoidollista tukea puhelimessa ja chatissa. </w:t>
            </w:r>
            <w:r>
              <w:rPr>
                <w:sz w:val="16"/>
              </w:rPr>
              <w:t>Järvenpään seurakunta koordinoi valtakunnallisesti Kirkkohallituksen kanssa solmitun sopimuksen mukaisesti.</w:t>
            </w:r>
          </w:p>
        </w:tc>
      </w:tr>
      <w:tr w:rsidR="007572E7" w:rsidRPr="009D031D" w14:paraId="3827F841" w14:textId="77777777" w:rsidTr="4A86802C">
        <w:trPr>
          <w:cantSplit/>
          <w:jc w:val="center"/>
        </w:trPr>
        <w:tc>
          <w:tcPr>
            <w:tcW w:w="4082" w:type="dxa"/>
            <w:tcMar>
              <w:top w:w="100" w:type="dxa"/>
              <w:left w:w="110" w:type="dxa"/>
              <w:bottom w:w="100" w:type="dxa"/>
              <w:right w:w="110" w:type="dxa"/>
            </w:tcMar>
            <w:vAlign w:val="center"/>
          </w:tcPr>
          <w:p w14:paraId="2636C168" w14:textId="77777777" w:rsidR="007572E7" w:rsidRDefault="00832EBB">
            <w:pPr>
              <w:spacing w:line="252" w:lineRule="auto"/>
              <w:jc w:val="center"/>
            </w:pPr>
            <w:r>
              <w:rPr>
                <w:b/>
                <w:sz w:val="16"/>
              </w:rPr>
              <w:t>Tuomasyhteisö ry</w:t>
            </w:r>
          </w:p>
        </w:tc>
        <w:tc>
          <w:tcPr>
            <w:tcW w:w="10602" w:type="dxa"/>
            <w:tcMar>
              <w:top w:w="100" w:type="dxa"/>
              <w:left w:w="110" w:type="dxa"/>
              <w:bottom w:w="100" w:type="dxa"/>
              <w:right w:w="110" w:type="dxa"/>
            </w:tcMar>
            <w:vAlign w:val="center"/>
          </w:tcPr>
          <w:p w14:paraId="4241D836" w14:textId="77777777" w:rsidR="007572E7" w:rsidRPr="003163D2" w:rsidRDefault="00832EBB">
            <w:pPr>
              <w:spacing w:line="252" w:lineRule="auto"/>
              <w:rPr>
                <w:lang w:val="fi-FI"/>
              </w:rPr>
            </w:pPr>
            <w:r w:rsidRPr="003163D2">
              <w:rPr>
                <w:sz w:val="16"/>
                <w:lang w:val="fi-FI"/>
              </w:rPr>
              <w:t>Kolehtia haetaan kirkon jumalanpalveluselämän rikastuttamiseen liturgisen materiaalin ja musiikin avulla, Tuomasyhteisön liturgisen materiaalipankin luomiseen sekä vapaaehtoistoiminnan johtamisen koulutuskonseptointiin.</w:t>
            </w:r>
          </w:p>
        </w:tc>
      </w:tr>
      <w:tr w:rsidR="007572E7" w:rsidRPr="009D031D" w14:paraId="44521430" w14:textId="77777777" w:rsidTr="4A86802C">
        <w:trPr>
          <w:cantSplit/>
          <w:jc w:val="center"/>
        </w:trPr>
        <w:tc>
          <w:tcPr>
            <w:tcW w:w="4082" w:type="dxa"/>
            <w:shd w:val="clear" w:color="auto" w:fill="F3F6F8"/>
            <w:tcMar>
              <w:top w:w="100" w:type="dxa"/>
              <w:left w:w="110" w:type="dxa"/>
              <w:bottom w:w="100" w:type="dxa"/>
              <w:right w:w="110" w:type="dxa"/>
            </w:tcMar>
            <w:vAlign w:val="center"/>
          </w:tcPr>
          <w:p w14:paraId="301C8E8E" w14:textId="77777777" w:rsidR="007572E7" w:rsidRDefault="00832EBB">
            <w:pPr>
              <w:spacing w:line="252" w:lineRule="auto"/>
              <w:jc w:val="center"/>
            </w:pPr>
            <w:r>
              <w:rPr>
                <w:b/>
                <w:sz w:val="16"/>
              </w:rPr>
              <w:t>Helsingin Diakonissalaitoksen säätiö sr.</w:t>
            </w:r>
          </w:p>
        </w:tc>
        <w:tc>
          <w:tcPr>
            <w:tcW w:w="10602" w:type="dxa"/>
            <w:shd w:val="clear" w:color="auto" w:fill="F3F6F8"/>
            <w:tcMar>
              <w:top w:w="100" w:type="dxa"/>
              <w:left w:w="110" w:type="dxa"/>
              <w:bottom w:w="100" w:type="dxa"/>
              <w:right w:w="110" w:type="dxa"/>
            </w:tcMar>
            <w:vAlign w:val="center"/>
          </w:tcPr>
          <w:p w14:paraId="17BE4A52" w14:textId="77777777" w:rsidR="007572E7" w:rsidRPr="003163D2" w:rsidRDefault="00832EBB">
            <w:pPr>
              <w:spacing w:line="252" w:lineRule="auto"/>
              <w:rPr>
                <w:lang w:val="fi-FI"/>
              </w:rPr>
            </w:pPr>
            <w:r w:rsidRPr="003163D2">
              <w:rPr>
                <w:sz w:val="16"/>
                <w:lang w:val="fi-FI"/>
              </w:rPr>
              <w:t>Tukea sodassa kidutettujen ja vakavasti traumatisoituneiden lasten ja nuorten kuntoutukseen.</w:t>
            </w:r>
          </w:p>
        </w:tc>
      </w:tr>
      <w:tr w:rsidR="007572E7" w:rsidRPr="009D031D" w14:paraId="07F9F0A3" w14:textId="77777777" w:rsidTr="4A86802C">
        <w:trPr>
          <w:cantSplit/>
          <w:jc w:val="center"/>
        </w:trPr>
        <w:tc>
          <w:tcPr>
            <w:tcW w:w="4082" w:type="dxa"/>
            <w:tcMar>
              <w:top w:w="100" w:type="dxa"/>
              <w:left w:w="110" w:type="dxa"/>
              <w:bottom w:w="100" w:type="dxa"/>
              <w:right w:w="110" w:type="dxa"/>
            </w:tcMar>
            <w:vAlign w:val="center"/>
          </w:tcPr>
          <w:p w14:paraId="0EE3A951" w14:textId="77777777" w:rsidR="007572E7" w:rsidRDefault="00832EBB">
            <w:pPr>
              <w:spacing w:line="252" w:lineRule="auto"/>
              <w:jc w:val="center"/>
            </w:pPr>
            <w:r>
              <w:rPr>
                <w:b/>
                <w:sz w:val="16"/>
              </w:rPr>
              <w:t>Medialähetys Sanansaattajat ry</w:t>
            </w:r>
          </w:p>
        </w:tc>
        <w:tc>
          <w:tcPr>
            <w:tcW w:w="10602" w:type="dxa"/>
            <w:tcMar>
              <w:top w:w="100" w:type="dxa"/>
              <w:left w:w="110" w:type="dxa"/>
              <w:bottom w:w="100" w:type="dxa"/>
              <w:right w:w="110" w:type="dxa"/>
            </w:tcMar>
            <w:vAlign w:val="center"/>
          </w:tcPr>
          <w:p w14:paraId="06D17208" w14:textId="77777777" w:rsidR="007572E7" w:rsidRPr="003163D2" w:rsidRDefault="00832EBB">
            <w:pPr>
              <w:spacing w:line="252" w:lineRule="auto"/>
              <w:rPr>
                <w:lang w:val="fi-FI"/>
              </w:rPr>
            </w:pPr>
            <w:r w:rsidRPr="003163D2">
              <w:rPr>
                <w:sz w:val="16"/>
                <w:lang w:val="fi-FI"/>
              </w:rPr>
              <w:t>Kolehti "Evankeliumia digitaalisessa ja sosiaalisessa mediassa – tukea nuorten ja eri kieliryhmien tavoittamiseen" Kolehdin tuotolla tuetaan Medialähetys Sanansaattajat ry:n yhteistyökumppaneiden tekemää digitaalista ja sosiaalisen median työtä eri maissa.</w:t>
            </w:r>
          </w:p>
        </w:tc>
      </w:tr>
      <w:tr w:rsidR="007572E7" w:rsidRPr="009D031D" w14:paraId="0C7B8B39" w14:textId="77777777" w:rsidTr="4A86802C">
        <w:trPr>
          <w:cantSplit/>
          <w:jc w:val="center"/>
        </w:trPr>
        <w:tc>
          <w:tcPr>
            <w:tcW w:w="4082" w:type="dxa"/>
            <w:shd w:val="clear" w:color="auto" w:fill="F3F6F8"/>
            <w:tcMar>
              <w:top w:w="100" w:type="dxa"/>
              <w:left w:w="110" w:type="dxa"/>
              <w:bottom w:w="100" w:type="dxa"/>
              <w:right w:w="110" w:type="dxa"/>
            </w:tcMar>
            <w:vAlign w:val="center"/>
          </w:tcPr>
          <w:p w14:paraId="308BDD26" w14:textId="77777777" w:rsidR="007572E7" w:rsidRDefault="00832EBB">
            <w:pPr>
              <w:spacing w:line="252" w:lineRule="auto"/>
              <w:jc w:val="center"/>
            </w:pPr>
            <w:r>
              <w:rPr>
                <w:b/>
                <w:sz w:val="16"/>
              </w:rPr>
              <w:t>Helsingin Raamattukoulusäätiö sr</w:t>
            </w:r>
          </w:p>
        </w:tc>
        <w:tc>
          <w:tcPr>
            <w:tcW w:w="10602" w:type="dxa"/>
            <w:shd w:val="clear" w:color="auto" w:fill="F3F6F8"/>
            <w:tcMar>
              <w:top w:w="100" w:type="dxa"/>
              <w:left w:w="110" w:type="dxa"/>
              <w:bottom w:w="100" w:type="dxa"/>
              <w:right w:w="110" w:type="dxa"/>
            </w:tcMar>
            <w:vAlign w:val="center"/>
          </w:tcPr>
          <w:p w14:paraId="2D26798F" w14:textId="77777777" w:rsidR="007572E7" w:rsidRPr="003163D2" w:rsidRDefault="00832EBB">
            <w:pPr>
              <w:spacing w:line="252" w:lineRule="auto"/>
              <w:rPr>
                <w:lang w:val="fi-FI"/>
              </w:rPr>
            </w:pPr>
            <w:r w:rsidRPr="003163D2">
              <w:rPr>
                <w:sz w:val="16"/>
                <w:lang w:val="fi-FI"/>
              </w:rPr>
              <w:t>Helsingin Raamattukoululle kerättävä kolehti on tarkoitettu kaikille avoimien raamattukoulutusten järjestämiseen.</w:t>
            </w:r>
          </w:p>
        </w:tc>
      </w:tr>
      <w:tr w:rsidR="007572E7" w:rsidRPr="009D031D" w14:paraId="76783B0B" w14:textId="77777777" w:rsidTr="4A86802C">
        <w:trPr>
          <w:cantSplit/>
          <w:jc w:val="center"/>
        </w:trPr>
        <w:tc>
          <w:tcPr>
            <w:tcW w:w="4082" w:type="dxa"/>
            <w:tcMar>
              <w:top w:w="100" w:type="dxa"/>
              <w:left w:w="110" w:type="dxa"/>
              <w:bottom w:w="100" w:type="dxa"/>
              <w:right w:w="110" w:type="dxa"/>
            </w:tcMar>
            <w:vAlign w:val="center"/>
          </w:tcPr>
          <w:p w14:paraId="082ADD07" w14:textId="77777777" w:rsidR="007572E7" w:rsidRDefault="00832EBB">
            <w:pPr>
              <w:spacing w:line="252" w:lineRule="auto"/>
              <w:jc w:val="center"/>
            </w:pPr>
            <w:r>
              <w:rPr>
                <w:b/>
                <w:sz w:val="16"/>
              </w:rPr>
              <w:t>Open Doors Finland ry</w:t>
            </w:r>
          </w:p>
        </w:tc>
        <w:tc>
          <w:tcPr>
            <w:tcW w:w="10602" w:type="dxa"/>
            <w:tcMar>
              <w:top w:w="100" w:type="dxa"/>
              <w:left w:w="110" w:type="dxa"/>
              <w:bottom w:w="100" w:type="dxa"/>
              <w:right w:w="110" w:type="dxa"/>
            </w:tcMar>
            <w:vAlign w:val="center"/>
          </w:tcPr>
          <w:p w14:paraId="37BA39E1" w14:textId="3F644B89" w:rsidR="007572E7" w:rsidRPr="003163D2" w:rsidRDefault="4A86802C">
            <w:pPr>
              <w:spacing w:line="252" w:lineRule="auto"/>
              <w:rPr>
                <w:lang w:val="fi-FI"/>
              </w:rPr>
            </w:pPr>
            <w:r w:rsidRPr="003163D2">
              <w:rPr>
                <w:sz w:val="16"/>
                <w:szCs w:val="16"/>
                <w:lang w:val="fi-FI"/>
              </w:rPr>
              <w:t>Kolehtivaroilla tuetaan Etiopiassa toteutettavia yhteisöhankkeita, joissa autetaan vakavaa vainoa kohdanneita kristittyjä. Tuki sisältää muun muassa ruoka- ja lääkeapua, traumatyötä sekä toimeentuloa ja työllistymistä tukevia koulutus- ja pienhankkeita.</w:t>
            </w:r>
          </w:p>
        </w:tc>
      </w:tr>
      <w:tr w:rsidR="007572E7" w:rsidRPr="009D031D" w14:paraId="19EC0A2F" w14:textId="77777777" w:rsidTr="4A86802C">
        <w:trPr>
          <w:cantSplit/>
          <w:jc w:val="center"/>
        </w:trPr>
        <w:tc>
          <w:tcPr>
            <w:tcW w:w="4082" w:type="dxa"/>
            <w:shd w:val="clear" w:color="auto" w:fill="F3F6F8"/>
            <w:tcMar>
              <w:top w:w="100" w:type="dxa"/>
              <w:left w:w="110" w:type="dxa"/>
              <w:bottom w:w="100" w:type="dxa"/>
              <w:right w:w="110" w:type="dxa"/>
            </w:tcMar>
            <w:vAlign w:val="center"/>
          </w:tcPr>
          <w:p w14:paraId="7CA09B1D" w14:textId="77777777" w:rsidR="007572E7" w:rsidRPr="003163D2" w:rsidRDefault="00832EBB">
            <w:pPr>
              <w:spacing w:line="252" w:lineRule="auto"/>
              <w:jc w:val="center"/>
              <w:rPr>
                <w:lang w:val="sv-SE"/>
              </w:rPr>
            </w:pPr>
            <w:r w:rsidRPr="003163D2">
              <w:rPr>
                <w:b/>
                <w:sz w:val="16"/>
                <w:lang w:val="sv-SE"/>
              </w:rPr>
              <w:t>Alfa Suomi Alpha Finland ry</w:t>
            </w:r>
          </w:p>
        </w:tc>
        <w:tc>
          <w:tcPr>
            <w:tcW w:w="10602" w:type="dxa"/>
            <w:shd w:val="clear" w:color="auto" w:fill="F3F6F8"/>
            <w:tcMar>
              <w:top w:w="100" w:type="dxa"/>
              <w:left w:w="110" w:type="dxa"/>
              <w:bottom w:w="100" w:type="dxa"/>
              <w:right w:w="110" w:type="dxa"/>
            </w:tcMar>
            <w:vAlign w:val="center"/>
          </w:tcPr>
          <w:p w14:paraId="216D28C8" w14:textId="0B1CB24C" w:rsidR="007572E7" w:rsidRPr="003163D2" w:rsidRDefault="49FA055D" w:rsidP="4A86802C">
            <w:pPr>
              <w:spacing w:line="252" w:lineRule="auto"/>
              <w:rPr>
                <w:lang w:val="fi-FI"/>
              </w:rPr>
            </w:pPr>
            <w:r w:rsidRPr="003163D2">
              <w:rPr>
                <w:sz w:val="16"/>
                <w:szCs w:val="16"/>
                <w:lang w:val="fi-FI"/>
              </w:rPr>
              <w:t xml:space="preserve">Alfa-työn edistämiseen ja Alfan tarjoamien kurssien kehitystyöhön Suomessa. Kolehdin tuotto käytetään Alfa-kurssin ja Kasvattajien kurssin </w:t>
            </w:r>
            <w:r w:rsidR="4A86802C" w:rsidRPr="003163D2">
              <w:rPr>
                <w:sz w:val="16"/>
                <w:szCs w:val="16"/>
                <w:lang w:val="fi-FI"/>
              </w:rPr>
              <w:t>uusien videosarjojen suomennoksiin. Alfan työtä kehitetään siten, että se palvelee entistä paremmin paikallisseurakuntien tarpeita tässä ajassa.</w:t>
            </w:r>
          </w:p>
        </w:tc>
      </w:tr>
      <w:tr w:rsidR="007572E7" w:rsidRPr="009D031D" w14:paraId="13AD50AC" w14:textId="77777777" w:rsidTr="4A86802C">
        <w:trPr>
          <w:cantSplit/>
          <w:jc w:val="center"/>
        </w:trPr>
        <w:tc>
          <w:tcPr>
            <w:tcW w:w="4082" w:type="dxa"/>
            <w:tcMar>
              <w:top w:w="100" w:type="dxa"/>
              <w:left w:w="110" w:type="dxa"/>
              <w:bottom w:w="100" w:type="dxa"/>
              <w:right w:w="110" w:type="dxa"/>
            </w:tcMar>
            <w:vAlign w:val="center"/>
          </w:tcPr>
          <w:p w14:paraId="7D14EF0A" w14:textId="77777777" w:rsidR="007572E7" w:rsidRDefault="00832EBB">
            <w:pPr>
              <w:spacing w:line="252" w:lineRule="auto"/>
              <w:jc w:val="center"/>
            </w:pPr>
            <w:r>
              <w:rPr>
                <w:b/>
                <w:sz w:val="16"/>
              </w:rPr>
              <w:t>Lähetysyhdistys Kylväjä ry</w:t>
            </w:r>
          </w:p>
        </w:tc>
        <w:tc>
          <w:tcPr>
            <w:tcW w:w="10602" w:type="dxa"/>
            <w:tcMar>
              <w:top w:w="100" w:type="dxa"/>
              <w:left w:w="110" w:type="dxa"/>
              <w:bottom w:w="100" w:type="dxa"/>
              <w:right w:w="110" w:type="dxa"/>
            </w:tcMar>
            <w:vAlign w:val="center"/>
          </w:tcPr>
          <w:p w14:paraId="274B07D9" w14:textId="77777777" w:rsidR="007572E7" w:rsidRPr="003163D2" w:rsidRDefault="00832EBB">
            <w:pPr>
              <w:spacing w:line="252" w:lineRule="auto"/>
              <w:rPr>
                <w:lang w:val="fi-FI"/>
              </w:rPr>
            </w:pPr>
            <w:r w:rsidRPr="003163D2">
              <w:rPr>
                <w:sz w:val="16"/>
                <w:lang w:val="fi-FI"/>
              </w:rPr>
              <w:t>Psykososiaaliseen tukeen diasporassa elävien ja sodasta kärsivien parissa.</w:t>
            </w:r>
          </w:p>
        </w:tc>
      </w:tr>
      <w:tr w:rsidR="007572E7" w:rsidRPr="009D031D" w14:paraId="5456BDB3" w14:textId="77777777" w:rsidTr="4A86802C">
        <w:trPr>
          <w:cantSplit/>
          <w:jc w:val="center"/>
        </w:trPr>
        <w:tc>
          <w:tcPr>
            <w:tcW w:w="4082" w:type="dxa"/>
            <w:shd w:val="clear" w:color="auto" w:fill="F3F6F8"/>
            <w:tcMar>
              <w:top w:w="100" w:type="dxa"/>
              <w:left w:w="110" w:type="dxa"/>
              <w:bottom w:w="100" w:type="dxa"/>
              <w:right w:w="110" w:type="dxa"/>
            </w:tcMar>
            <w:vAlign w:val="center"/>
          </w:tcPr>
          <w:p w14:paraId="4C299D1B" w14:textId="77777777" w:rsidR="007572E7" w:rsidRDefault="00832EBB">
            <w:pPr>
              <w:spacing w:line="252" w:lineRule="auto"/>
              <w:jc w:val="center"/>
            </w:pPr>
            <w:r>
              <w:rPr>
                <w:b/>
                <w:sz w:val="16"/>
              </w:rPr>
              <w:t>Evankelinen lähetysyhdistys - ELY ry</w:t>
            </w:r>
          </w:p>
        </w:tc>
        <w:tc>
          <w:tcPr>
            <w:tcW w:w="10602" w:type="dxa"/>
            <w:shd w:val="clear" w:color="auto" w:fill="F3F6F8"/>
            <w:tcMar>
              <w:top w:w="100" w:type="dxa"/>
              <w:left w:w="110" w:type="dxa"/>
              <w:bottom w:w="100" w:type="dxa"/>
              <w:right w:w="110" w:type="dxa"/>
            </w:tcMar>
            <w:vAlign w:val="center"/>
          </w:tcPr>
          <w:p w14:paraId="6385433C" w14:textId="77777777" w:rsidR="007572E7" w:rsidRPr="003163D2" w:rsidRDefault="00832EBB">
            <w:pPr>
              <w:spacing w:line="252" w:lineRule="auto"/>
              <w:rPr>
                <w:lang w:val="fi-FI"/>
              </w:rPr>
            </w:pPr>
            <w:r w:rsidRPr="003163D2">
              <w:rPr>
                <w:sz w:val="16"/>
                <w:lang w:val="fi-FI"/>
              </w:rPr>
              <w:t>Raamatunkäännöstyöhön Kaakkois- ja Pohjois-Aasiassa yhteistyössä Wycliffe raamatunkääntäjien kanssa.</w:t>
            </w:r>
          </w:p>
        </w:tc>
      </w:tr>
      <w:tr w:rsidR="007572E7" w:rsidRPr="009D031D" w14:paraId="31DDA3F7" w14:textId="77777777" w:rsidTr="4A86802C">
        <w:trPr>
          <w:cantSplit/>
          <w:jc w:val="center"/>
        </w:trPr>
        <w:tc>
          <w:tcPr>
            <w:tcW w:w="4082" w:type="dxa"/>
            <w:tcMar>
              <w:top w:w="100" w:type="dxa"/>
              <w:left w:w="110" w:type="dxa"/>
              <w:bottom w:w="100" w:type="dxa"/>
              <w:right w:w="110" w:type="dxa"/>
            </w:tcMar>
            <w:vAlign w:val="center"/>
          </w:tcPr>
          <w:p w14:paraId="2566C924" w14:textId="77777777" w:rsidR="007572E7" w:rsidRDefault="00832EBB">
            <w:pPr>
              <w:spacing w:line="252" w:lineRule="auto"/>
              <w:jc w:val="center"/>
            </w:pPr>
            <w:r>
              <w:rPr>
                <w:b/>
                <w:sz w:val="16"/>
              </w:rPr>
              <w:t>Kansan Raamattuseuran Säätiö sr</w:t>
            </w:r>
          </w:p>
        </w:tc>
        <w:tc>
          <w:tcPr>
            <w:tcW w:w="10602" w:type="dxa"/>
            <w:tcMar>
              <w:top w:w="100" w:type="dxa"/>
              <w:left w:w="110" w:type="dxa"/>
              <w:bottom w:w="100" w:type="dxa"/>
              <w:right w:w="110" w:type="dxa"/>
            </w:tcMar>
            <w:vAlign w:val="center"/>
          </w:tcPr>
          <w:p w14:paraId="6E7B56A4" w14:textId="77777777" w:rsidR="007572E7" w:rsidRPr="003163D2" w:rsidRDefault="00832EBB">
            <w:pPr>
              <w:spacing w:line="252" w:lineRule="auto"/>
              <w:rPr>
                <w:lang w:val="fi-FI"/>
              </w:rPr>
            </w:pPr>
            <w:r w:rsidRPr="003163D2">
              <w:rPr>
                <w:sz w:val="16"/>
                <w:lang w:val="fi-FI"/>
              </w:rPr>
              <w:t>Seurakuntien tavoittavan ja evankelioivan toiminnan tukemiseen Seuraa minua - hankkeessa.</w:t>
            </w:r>
          </w:p>
        </w:tc>
      </w:tr>
      <w:tr w:rsidR="007572E7" w:rsidRPr="009D031D" w14:paraId="64C95BAF" w14:textId="77777777" w:rsidTr="4A86802C">
        <w:trPr>
          <w:cantSplit/>
          <w:jc w:val="center"/>
        </w:trPr>
        <w:tc>
          <w:tcPr>
            <w:tcW w:w="4082" w:type="dxa"/>
            <w:shd w:val="clear" w:color="auto" w:fill="F3F6F8"/>
            <w:tcMar>
              <w:top w:w="100" w:type="dxa"/>
              <w:left w:w="110" w:type="dxa"/>
              <w:bottom w:w="100" w:type="dxa"/>
              <w:right w:w="110" w:type="dxa"/>
            </w:tcMar>
            <w:vAlign w:val="center"/>
          </w:tcPr>
          <w:p w14:paraId="12CAC8E1" w14:textId="77777777" w:rsidR="007572E7" w:rsidRDefault="00832EBB">
            <w:pPr>
              <w:spacing w:line="252" w:lineRule="auto"/>
              <w:jc w:val="center"/>
            </w:pPr>
            <w:r>
              <w:rPr>
                <w:b/>
                <w:sz w:val="16"/>
              </w:rPr>
              <w:t>Hengen uudistus kirkossamme ry</w:t>
            </w:r>
          </w:p>
        </w:tc>
        <w:tc>
          <w:tcPr>
            <w:tcW w:w="10602" w:type="dxa"/>
            <w:shd w:val="clear" w:color="auto" w:fill="F3F6F8"/>
            <w:tcMar>
              <w:top w:w="100" w:type="dxa"/>
              <w:left w:w="110" w:type="dxa"/>
              <w:bottom w:w="100" w:type="dxa"/>
              <w:right w:w="110" w:type="dxa"/>
            </w:tcMar>
            <w:vAlign w:val="center"/>
          </w:tcPr>
          <w:p w14:paraId="6151BB65" w14:textId="77777777" w:rsidR="007572E7" w:rsidRPr="003163D2" w:rsidRDefault="00832EBB">
            <w:pPr>
              <w:spacing w:line="252" w:lineRule="auto"/>
              <w:rPr>
                <w:lang w:val="fi-FI"/>
              </w:rPr>
            </w:pPr>
            <w:r w:rsidRPr="003163D2">
              <w:rPr>
                <w:sz w:val="16"/>
                <w:lang w:val="fi-FI"/>
              </w:rPr>
              <w:t>Hengelliseen etsintään vastaamiseksi kehittämällä kokonaisvaltaisia seurakuntayhteisöjä Hengen uudistus kirkossamme -liikkeen työn kautta.</w:t>
            </w:r>
          </w:p>
        </w:tc>
      </w:tr>
      <w:tr w:rsidR="007572E7" w:rsidRPr="009D031D" w14:paraId="04555011" w14:textId="77777777" w:rsidTr="4A86802C">
        <w:trPr>
          <w:cantSplit/>
          <w:jc w:val="center"/>
        </w:trPr>
        <w:tc>
          <w:tcPr>
            <w:tcW w:w="4082" w:type="dxa"/>
            <w:tcMar>
              <w:top w:w="100" w:type="dxa"/>
              <w:left w:w="110" w:type="dxa"/>
              <w:bottom w:w="100" w:type="dxa"/>
              <w:right w:w="110" w:type="dxa"/>
            </w:tcMar>
            <w:vAlign w:val="center"/>
          </w:tcPr>
          <w:p w14:paraId="39D222B3" w14:textId="77777777" w:rsidR="007572E7" w:rsidRPr="003163D2" w:rsidRDefault="00832EBB">
            <w:pPr>
              <w:spacing w:line="252" w:lineRule="auto"/>
              <w:jc w:val="center"/>
              <w:rPr>
                <w:lang w:val="fi-FI"/>
              </w:rPr>
            </w:pPr>
            <w:r w:rsidRPr="003163D2">
              <w:rPr>
                <w:b/>
                <w:sz w:val="16"/>
                <w:lang w:val="fi-FI"/>
              </w:rPr>
              <w:t>Kristuspäivä / Hengen uudistus kirkossamme ry</w:t>
            </w:r>
          </w:p>
        </w:tc>
        <w:tc>
          <w:tcPr>
            <w:tcW w:w="10602" w:type="dxa"/>
            <w:tcMar>
              <w:top w:w="100" w:type="dxa"/>
              <w:left w:w="110" w:type="dxa"/>
              <w:bottom w:w="100" w:type="dxa"/>
              <w:right w:w="110" w:type="dxa"/>
            </w:tcMar>
            <w:vAlign w:val="center"/>
          </w:tcPr>
          <w:p w14:paraId="7980B6EB" w14:textId="77777777" w:rsidR="007572E7" w:rsidRPr="003163D2" w:rsidRDefault="00832EBB">
            <w:pPr>
              <w:spacing w:line="252" w:lineRule="auto"/>
              <w:rPr>
                <w:lang w:val="fi-FI"/>
              </w:rPr>
            </w:pPr>
            <w:r w:rsidRPr="003163D2">
              <w:rPr>
                <w:sz w:val="16"/>
                <w:lang w:val="fi-FI"/>
              </w:rPr>
              <w:t>Kristittyjen yhteyden ja rukouksen vahvistamiseksi etenkin nuorten parissa Kristuspäivä-prosessin kautta.</w:t>
            </w:r>
          </w:p>
        </w:tc>
      </w:tr>
      <w:tr w:rsidR="007572E7" w:rsidRPr="009D031D" w14:paraId="09C49623" w14:textId="77777777" w:rsidTr="4A86802C">
        <w:trPr>
          <w:cantSplit/>
          <w:jc w:val="center"/>
        </w:trPr>
        <w:tc>
          <w:tcPr>
            <w:tcW w:w="4082" w:type="dxa"/>
            <w:shd w:val="clear" w:color="auto" w:fill="F3F6F8"/>
            <w:tcMar>
              <w:top w:w="100" w:type="dxa"/>
              <w:left w:w="110" w:type="dxa"/>
              <w:bottom w:w="100" w:type="dxa"/>
              <w:right w:w="110" w:type="dxa"/>
            </w:tcMar>
            <w:vAlign w:val="center"/>
          </w:tcPr>
          <w:p w14:paraId="2A4102D6" w14:textId="77777777" w:rsidR="007572E7" w:rsidRDefault="00832EBB">
            <w:pPr>
              <w:spacing w:line="252" w:lineRule="auto"/>
              <w:jc w:val="center"/>
            </w:pPr>
            <w:r>
              <w:rPr>
                <w:b/>
                <w:sz w:val="16"/>
              </w:rPr>
              <w:t>Suomen Kristillinen Ylioppilasliitto</w:t>
            </w:r>
          </w:p>
        </w:tc>
        <w:tc>
          <w:tcPr>
            <w:tcW w:w="10602" w:type="dxa"/>
            <w:shd w:val="clear" w:color="auto" w:fill="F3F6F8"/>
            <w:tcMar>
              <w:top w:w="100" w:type="dxa"/>
              <w:left w:w="110" w:type="dxa"/>
              <w:bottom w:w="100" w:type="dxa"/>
              <w:right w:w="110" w:type="dxa"/>
            </w:tcMar>
            <w:vAlign w:val="center"/>
          </w:tcPr>
          <w:p w14:paraId="3FA5805D" w14:textId="3B131FDA" w:rsidR="007572E7" w:rsidRPr="003163D2" w:rsidRDefault="4A86802C" w:rsidP="4A86802C">
            <w:pPr>
              <w:spacing w:line="252" w:lineRule="auto"/>
              <w:rPr>
                <w:sz w:val="16"/>
                <w:szCs w:val="16"/>
                <w:lang w:val="fi-FI"/>
              </w:rPr>
            </w:pPr>
            <w:r w:rsidRPr="003163D2">
              <w:rPr>
                <w:sz w:val="16"/>
                <w:szCs w:val="16"/>
                <w:lang w:val="fi-FI"/>
              </w:rPr>
              <w:t>Opiskelijoiden henkisen ja hengellisen hyvinvoinnin tukemiseen sekä yksinäisyyden ehkäisyyn</w:t>
            </w:r>
            <w:r w:rsidR="42E615F5" w:rsidRPr="003163D2">
              <w:rPr>
                <w:sz w:val="16"/>
                <w:szCs w:val="16"/>
                <w:lang w:val="fi-FI"/>
              </w:rPr>
              <w:t>.</w:t>
            </w:r>
          </w:p>
        </w:tc>
      </w:tr>
      <w:tr w:rsidR="007572E7" w:rsidRPr="009D031D" w14:paraId="2B558E90" w14:textId="77777777" w:rsidTr="4A86802C">
        <w:trPr>
          <w:cantSplit/>
          <w:jc w:val="center"/>
        </w:trPr>
        <w:tc>
          <w:tcPr>
            <w:tcW w:w="4082" w:type="dxa"/>
            <w:tcMar>
              <w:top w:w="100" w:type="dxa"/>
              <w:left w:w="110" w:type="dxa"/>
              <w:bottom w:w="100" w:type="dxa"/>
              <w:right w:w="110" w:type="dxa"/>
            </w:tcMar>
            <w:vAlign w:val="center"/>
          </w:tcPr>
          <w:p w14:paraId="3368B304" w14:textId="77777777" w:rsidR="007572E7" w:rsidRDefault="00832EBB">
            <w:pPr>
              <w:spacing w:line="252" w:lineRule="auto"/>
              <w:jc w:val="center"/>
            </w:pPr>
            <w:r>
              <w:rPr>
                <w:b/>
                <w:sz w:val="16"/>
              </w:rPr>
              <w:lastRenderedPageBreak/>
              <w:t>Suomen Lähetysseura ry</w:t>
            </w:r>
          </w:p>
        </w:tc>
        <w:tc>
          <w:tcPr>
            <w:tcW w:w="10602" w:type="dxa"/>
            <w:tcMar>
              <w:top w:w="100" w:type="dxa"/>
              <w:left w:w="110" w:type="dxa"/>
              <w:bottom w:w="100" w:type="dxa"/>
              <w:right w:w="110" w:type="dxa"/>
            </w:tcMar>
            <w:vAlign w:val="center"/>
          </w:tcPr>
          <w:p w14:paraId="3EC571AF" w14:textId="4C1FB59B" w:rsidR="007572E7" w:rsidRPr="003163D2" w:rsidRDefault="7F1F7ED9" w:rsidP="4A86802C">
            <w:pPr>
              <w:spacing w:line="252" w:lineRule="auto"/>
              <w:rPr>
                <w:lang w:val="fi-FI"/>
              </w:rPr>
            </w:pPr>
            <w:r w:rsidRPr="003163D2">
              <w:rPr>
                <w:sz w:val="16"/>
                <w:szCs w:val="16"/>
                <w:lang w:val="fi-FI"/>
              </w:rPr>
              <w:t>1. Ilmastokriisin vaikutusten, kuten ilmastopakolaisuuden ja aliravitsemuksen, vähentämiseen esimerkiksi Tansaniassa ja Nepalissa.</w:t>
            </w:r>
            <w:r w:rsidR="4A86802C" w:rsidRPr="003163D2">
              <w:rPr>
                <w:sz w:val="16"/>
                <w:szCs w:val="16"/>
                <w:lang w:val="fi-FI"/>
              </w:rPr>
              <w:t xml:space="preserve"> </w:t>
            </w:r>
          </w:p>
          <w:p w14:paraId="6839B906" w14:textId="66157FCF" w:rsidR="007572E7" w:rsidRPr="003163D2" w:rsidRDefault="4A86802C" w:rsidP="4A86802C">
            <w:pPr>
              <w:spacing w:line="252" w:lineRule="auto"/>
              <w:rPr>
                <w:sz w:val="16"/>
                <w:szCs w:val="16"/>
                <w:lang w:val="fi-FI"/>
              </w:rPr>
            </w:pPr>
            <w:r w:rsidRPr="003163D2">
              <w:rPr>
                <w:sz w:val="16"/>
                <w:szCs w:val="16"/>
                <w:lang w:val="fi-FI"/>
              </w:rPr>
              <w:t>2. Syrjäytymisvaarassa olevien nuorten koulutukseen ja työllistymiseen köyhissä maiss</w:t>
            </w:r>
            <w:r w:rsidR="024F5C65" w:rsidRPr="003163D2">
              <w:rPr>
                <w:sz w:val="16"/>
                <w:szCs w:val="16"/>
                <w:lang w:val="fi-FI"/>
              </w:rPr>
              <w:t>a.</w:t>
            </w:r>
          </w:p>
        </w:tc>
      </w:tr>
      <w:tr w:rsidR="007572E7" w:rsidRPr="009D031D" w14:paraId="6A6B43C1" w14:textId="77777777" w:rsidTr="4A86802C">
        <w:trPr>
          <w:cantSplit/>
          <w:jc w:val="center"/>
        </w:trPr>
        <w:tc>
          <w:tcPr>
            <w:tcW w:w="4082" w:type="dxa"/>
            <w:shd w:val="clear" w:color="auto" w:fill="F3F6F8"/>
            <w:tcMar>
              <w:top w:w="100" w:type="dxa"/>
              <w:left w:w="110" w:type="dxa"/>
              <w:bottom w:w="100" w:type="dxa"/>
              <w:right w:w="110" w:type="dxa"/>
            </w:tcMar>
            <w:vAlign w:val="center"/>
          </w:tcPr>
          <w:p w14:paraId="4AED8744" w14:textId="77777777" w:rsidR="007572E7" w:rsidRDefault="00832EBB">
            <w:pPr>
              <w:spacing w:line="252" w:lineRule="auto"/>
              <w:jc w:val="center"/>
            </w:pPr>
            <w:r>
              <w:rPr>
                <w:b/>
                <w:sz w:val="16"/>
              </w:rPr>
              <w:t>Kirkon Ulkomaanapu sr</w:t>
            </w:r>
          </w:p>
        </w:tc>
        <w:tc>
          <w:tcPr>
            <w:tcW w:w="10602" w:type="dxa"/>
            <w:shd w:val="clear" w:color="auto" w:fill="F3F6F8"/>
            <w:tcMar>
              <w:top w:w="100" w:type="dxa"/>
              <w:left w:w="110" w:type="dxa"/>
              <w:bottom w:w="100" w:type="dxa"/>
              <w:right w:w="110" w:type="dxa"/>
            </w:tcMar>
            <w:vAlign w:val="center"/>
          </w:tcPr>
          <w:p w14:paraId="4D84ABFF" w14:textId="59878801" w:rsidR="007572E7" w:rsidRPr="003163D2" w:rsidRDefault="4A86802C" w:rsidP="4A86802C">
            <w:pPr>
              <w:spacing w:line="252" w:lineRule="auto"/>
              <w:rPr>
                <w:sz w:val="16"/>
                <w:szCs w:val="16"/>
                <w:lang w:val="fi-FI"/>
              </w:rPr>
            </w:pPr>
            <w:r w:rsidRPr="003163D2">
              <w:rPr>
                <w:sz w:val="16"/>
                <w:szCs w:val="16"/>
                <w:lang w:val="fi-FI"/>
              </w:rPr>
              <w:t>1. Luonnonkatastrofien tai poliittisten levottomuuksien vuoksi kotinsa jättäneiden ihmisten auttamiseen</w:t>
            </w:r>
            <w:r w:rsidR="5D534876" w:rsidRPr="003163D2">
              <w:rPr>
                <w:sz w:val="16"/>
                <w:szCs w:val="16"/>
                <w:lang w:val="fi-FI"/>
              </w:rPr>
              <w:t>.</w:t>
            </w:r>
          </w:p>
          <w:p w14:paraId="0D1E5D06" w14:textId="38664692" w:rsidR="007572E7" w:rsidRPr="003163D2" w:rsidRDefault="4A86802C">
            <w:pPr>
              <w:spacing w:line="252" w:lineRule="auto"/>
              <w:rPr>
                <w:lang w:val="fi-FI"/>
              </w:rPr>
            </w:pPr>
            <w:r w:rsidRPr="003163D2">
              <w:rPr>
                <w:sz w:val="16"/>
                <w:szCs w:val="16"/>
                <w:lang w:val="fi-FI"/>
              </w:rPr>
              <w:t>2. Kirkon Ulkomaanavun kumppanimaiden koulutussektorin pitkäjänteiseen kehittämiseen.</w:t>
            </w:r>
          </w:p>
        </w:tc>
      </w:tr>
      <w:tr w:rsidR="007572E7" w14:paraId="32A85663" w14:textId="77777777" w:rsidTr="4A86802C">
        <w:trPr>
          <w:cantSplit/>
          <w:jc w:val="center"/>
        </w:trPr>
        <w:tc>
          <w:tcPr>
            <w:tcW w:w="4082" w:type="dxa"/>
            <w:tcMar>
              <w:top w:w="100" w:type="dxa"/>
              <w:left w:w="110" w:type="dxa"/>
              <w:bottom w:w="100" w:type="dxa"/>
              <w:right w:w="110" w:type="dxa"/>
            </w:tcMar>
            <w:vAlign w:val="center"/>
          </w:tcPr>
          <w:p w14:paraId="40FFD1EE" w14:textId="77777777" w:rsidR="007572E7" w:rsidRDefault="00832EBB">
            <w:pPr>
              <w:spacing w:line="252" w:lineRule="auto"/>
              <w:jc w:val="center"/>
            </w:pPr>
            <w:r>
              <w:rPr>
                <w:b/>
                <w:sz w:val="16"/>
              </w:rPr>
              <w:t>Suomen Pipliaseura</w:t>
            </w:r>
          </w:p>
        </w:tc>
        <w:tc>
          <w:tcPr>
            <w:tcW w:w="10602" w:type="dxa"/>
            <w:tcMar>
              <w:top w:w="100" w:type="dxa"/>
              <w:left w:w="110" w:type="dxa"/>
              <w:bottom w:w="100" w:type="dxa"/>
              <w:right w:w="110" w:type="dxa"/>
            </w:tcMar>
            <w:vAlign w:val="center"/>
          </w:tcPr>
          <w:p w14:paraId="429CB108" w14:textId="12B81AF2" w:rsidR="007572E7" w:rsidRPr="003163D2" w:rsidRDefault="4A86802C">
            <w:pPr>
              <w:spacing w:line="252" w:lineRule="auto"/>
              <w:rPr>
                <w:lang w:val="fi-FI"/>
              </w:rPr>
            </w:pPr>
            <w:r w:rsidRPr="003163D2">
              <w:rPr>
                <w:sz w:val="16"/>
                <w:szCs w:val="16"/>
                <w:lang w:val="fi-FI"/>
              </w:rPr>
              <w:t xml:space="preserve">1. Raamatun käytön edistämiseen Suomessa, Raamattu 2028-hankkeen, Raamattu.fi-sivuston ja Piplia-sovelluksen kautta. </w:t>
            </w:r>
          </w:p>
          <w:p w14:paraId="536D7371" w14:textId="0721E774" w:rsidR="007572E7" w:rsidRDefault="4A86802C" w:rsidP="4A86802C">
            <w:pPr>
              <w:spacing w:line="252" w:lineRule="auto"/>
              <w:rPr>
                <w:sz w:val="16"/>
                <w:szCs w:val="16"/>
              </w:rPr>
            </w:pPr>
            <w:r w:rsidRPr="4A86802C">
              <w:rPr>
                <w:sz w:val="16"/>
                <w:szCs w:val="16"/>
              </w:rPr>
              <w:t>2. Raamatunkäännöstyöhön Saharan eteläpuolisessa Afrikass</w:t>
            </w:r>
            <w:r w:rsidR="76E3C5A0" w:rsidRPr="4A86802C">
              <w:rPr>
                <w:sz w:val="16"/>
                <w:szCs w:val="16"/>
              </w:rPr>
              <w:t>a.</w:t>
            </w:r>
          </w:p>
        </w:tc>
      </w:tr>
      <w:tr w:rsidR="007572E7" w:rsidRPr="009D031D" w14:paraId="20C45BD5" w14:textId="77777777" w:rsidTr="4A86802C">
        <w:trPr>
          <w:cantSplit/>
          <w:jc w:val="center"/>
        </w:trPr>
        <w:tc>
          <w:tcPr>
            <w:tcW w:w="4082" w:type="dxa"/>
            <w:shd w:val="clear" w:color="auto" w:fill="F3F6F8"/>
            <w:tcMar>
              <w:top w:w="100" w:type="dxa"/>
              <w:left w:w="110" w:type="dxa"/>
              <w:bottom w:w="100" w:type="dxa"/>
              <w:right w:w="110" w:type="dxa"/>
            </w:tcMar>
            <w:vAlign w:val="center"/>
          </w:tcPr>
          <w:p w14:paraId="3293028D" w14:textId="77777777" w:rsidR="007572E7" w:rsidRPr="003163D2" w:rsidRDefault="00832EBB">
            <w:pPr>
              <w:spacing w:line="252" w:lineRule="auto"/>
              <w:jc w:val="center"/>
              <w:rPr>
                <w:lang w:val="sv-SE"/>
              </w:rPr>
            </w:pPr>
            <w:r w:rsidRPr="003163D2">
              <w:rPr>
                <w:b/>
                <w:sz w:val="16"/>
                <w:lang w:val="sv-SE"/>
              </w:rPr>
              <w:t>Suomen Partiolaiset - Finlands Scouter ry</w:t>
            </w:r>
          </w:p>
        </w:tc>
        <w:tc>
          <w:tcPr>
            <w:tcW w:w="10602" w:type="dxa"/>
            <w:shd w:val="clear" w:color="auto" w:fill="F3F6F8"/>
            <w:tcMar>
              <w:top w:w="100" w:type="dxa"/>
              <w:left w:w="110" w:type="dxa"/>
              <w:bottom w:w="100" w:type="dxa"/>
              <w:right w:w="110" w:type="dxa"/>
            </w:tcMar>
            <w:vAlign w:val="center"/>
          </w:tcPr>
          <w:p w14:paraId="068C092C" w14:textId="77777777" w:rsidR="007572E7" w:rsidRPr="003163D2" w:rsidRDefault="00832EBB">
            <w:pPr>
              <w:spacing w:line="252" w:lineRule="auto"/>
              <w:rPr>
                <w:lang w:val="fi-FI"/>
              </w:rPr>
            </w:pPr>
            <w:r w:rsidRPr="003163D2">
              <w:rPr>
                <w:sz w:val="16"/>
                <w:lang w:val="fi-FI"/>
              </w:rPr>
              <w:t>Kolehtituotto käytetään kokonaisuudessaan vähävaraisten harrastamisen tukemiseen jäsenmaksuvapautuksien ja tapahtumastipendien kautta.</w:t>
            </w:r>
          </w:p>
        </w:tc>
      </w:tr>
      <w:tr w:rsidR="007572E7" w:rsidRPr="009D031D" w14:paraId="2CAEF2CE" w14:textId="77777777" w:rsidTr="4A86802C">
        <w:trPr>
          <w:cantSplit/>
          <w:jc w:val="center"/>
        </w:trPr>
        <w:tc>
          <w:tcPr>
            <w:tcW w:w="4082" w:type="dxa"/>
            <w:tcMar>
              <w:top w:w="100" w:type="dxa"/>
              <w:left w:w="110" w:type="dxa"/>
              <w:bottom w:w="100" w:type="dxa"/>
              <w:right w:w="110" w:type="dxa"/>
            </w:tcMar>
            <w:vAlign w:val="center"/>
          </w:tcPr>
          <w:p w14:paraId="4735763E" w14:textId="77777777" w:rsidR="007572E7" w:rsidRDefault="00832EBB">
            <w:pPr>
              <w:spacing w:line="252" w:lineRule="auto"/>
              <w:jc w:val="center"/>
            </w:pPr>
            <w:r>
              <w:rPr>
                <w:b/>
                <w:sz w:val="16"/>
              </w:rPr>
              <w:t>Aholansaarisäätiö Sr</w:t>
            </w:r>
          </w:p>
        </w:tc>
        <w:tc>
          <w:tcPr>
            <w:tcW w:w="10602" w:type="dxa"/>
            <w:tcMar>
              <w:top w:w="100" w:type="dxa"/>
              <w:left w:w="110" w:type="dxa"/>
              <w:bottom w:w="100" w:type="dxa"/>
              <w:right w:w="110" w:type="dxa"/>
            </w:tcMar>
            <w:vAlign w:val="center"/>
          </w:tcPr>
          <w:p w14:paraId="69636D08" w14:textId="77777777" w:rsidR="007572E7" w:rsidRPr="003163D2" w:rsidRDefault="00832EBB">
            <w:pPr>
              <w:spacing w:line="252" w:lineRule="auto"/>
              <w:rPr>
                <w:lang w:val="fi-FI"/>
              </w:rPr>
            </w:pPr>
            <w:r w:rsidRPr="003163D2">
              <w:rPr>
                <w:sz w:val="16"/>
                <w:lang w:val="fi-FI"/>
              </w:rPr>
              <w:t>Aholansaarisäätiölle nuorten sekä opiskelijoiden talkoo-, tapahtuma- ja leiritoimintaan.</w:t>
            </w:r>
          </w:p>
        </w:tc>
      </w:tr>
      <w:tr w:rsidR="007572E7" w:rsidRPr="009D031D" w14:paraId="6612ACCA" w14:textId="77777777" w:rsidTr="4A86802C">
        <w:trPr>
          <w:cantSplit/>
          <w:jc w:val="center"/>
        </w:trPr>
        <w:tc>
          <w:tcPr>
            <w:tcW w:w="4082" w:type="dxa"/>
            <w:shd w:val="clear" w:color="auto" w:fill="F3F6F8"/>
            <w:tcMar>
              <w:top w:w="100" w:type="dxa"/>
              <w:left w:w="110" w:type="dxa"/>
              <w:bottom w:w="100" w:type="dxa"/>
              <w:right w:w="110" w:type="dxa"/>
            </w:tcMar>
            <w:vAlign w:val="center"/>
          </w:tcPr>
          <w:p w14:paraId="7382DC4E" w14:textId="77777777" w:rsidR="007572E7" w:rsidRDefault="00832EBB">
            <w:pPr>
              <w:spacing w:line="252" w:lineRule="auto"/>
              <w:jc w:val="center"/>
            </w:pPr>
            <w:r>
              <w:rPr>
                <w:b/>
                <w:sz w:val="16"/>
              </w:rPr>
              <w:t>Suomen Kirkkomusiikkiliitto ry</w:t>
            </w:r>
          </w:p>
        </w:tc>
        <w:tc>
          <w:tcPr>
            <w:tcW w:w="10602" w:type="dxa"/>
            <w:shd w:val="clear" w:color="auto" w:fill="F3F6F8"/>
            <w:tcMar>
              <w:top w:w="100" w:type="dxa"/>
              <w:left w:w="110" w:type="dxa"/>
              <w:bottom w:w="100" w:type="dxa"/>
              <w:right w:w="110" w:type="dxa"/>
            </w:tcMar>
            <w:vAlign w:val="center"/>
          </w:tcPr>
          <w:p w14:paraId="3F9A9E6A" w14:textId="77777777" w:rsidR="007572E7" w:rsidRPr="003163D2" w:rsidRDefault="00832EBB">
            <w:pPr>
              <w:spacing w:line="252" w:lineRule="auto"/>
              <w:rPr>
                <w:lang w:val="fi-FI"/>
              </w:rPr>
            </w:pPr>
            <w:r w:rsidRPr="003163D2">
              <w:rPr>
                <w:sz w:val="16"/>
                <w:lang w:val="fi-FI"/>
              </w:rPr>
              <w:t>Avustusten jakamiseen seurakuntien ja kirkkomusiikkipiirien lasten ja nuorten musiikkiryhmien tapahtumien ja koulutusten järjestämiseksi. Tavoitteena on pitää lasten ja nuorten musiikkitoiminta seurakunnissa mahdollisimman mielenkiintoisena ja edullisena harrastuksena kaikille sekä Suomen Kirkkomusiikkiliiton valtakunnallisen lapsikuorotapahtuman järjestämiseen Savonlinnassa 16.–18.4.2026.</w:t>
            </w:r>
          </w:p>
        </w:tc>
      </w:tr>
      <w:tr w:rsidR="007572E7" w:rsidRPr="009D031D" w14:paraId="5DDDBDAC" w14:textId="77777777" w:rsidTr="4A86802C">
        <w:trPr>
          <w:cantSplit/>
          <w:jc w:val="center"/>
        </w:trPr>
        <w:tc>
          <w:tcPr>
            <w:tcW w:w="4082" w:type="dxa"/>
            <w:tcMar>
              <w:top w:w="100" w:type="dxa"/>
              <w:left w:w="110" w:type="dxa"/>
              <w:bottom w:w="100" w:type="dxa"/>
              <w:right w:w="110" w:type="dxa"/>
            </w:tcMar>
            <w:vAlign w:val="center"/>
          </w:tcPr>
          <w:p w14:paraId="34CA307B" w14:textId="77777777" w:rsidR="007572E7" w:rsidRDefault="00832EBB">
            <w:pPr>
              <w:spacing w:line="252" w:lineRule="auto"/>
              <w:jc w:val="center"/>
            </w:pPr>
            <w:r>
              <w:rPr>
                <w:b/>
                <w:sz w:val="16"/>
              </w:rPr>
              <w:t>Herättäjä-Yhdistys Ry</w:t>
            </w:r>
          </w:p>
        </w:tc>
        <w:tc>
          <w:tcPr>
            <w:tcW w:w="10602" w:type="dxa"/>
            <w:tcMar>
              <w:top w:w="100" w:type="dxa"/>
              <w:left w:w="110" w:type="dxa"/>
              <w:bottom w:w="100" w:type="dxa"/>
              <w:right w:w="110" w:type="dxa"/>
            </w:tcMar>
            <w:vAlign w:val="center"/>
          </w:tcPr>
          <w:p w14:paraId="19104597" w14:textId="77777777" w:rsidR="007572E7" w:rsidRPr="003163D2" w:rsidRDefault="00832EBB">
            <w:pPr>
              <w:spacing w:line="252" w:lineRule="auto"/>
              <w:rPr>
                <w:lang w:val="fi-FI"/>
              </w:rPr>
            </w:pPr>
            <w:r w:rsidRPr="003163D2">
              <w:rPr>
                <w:sz w:val="16"/>
                <w:lang w:val="fi-FI"/>
              </w:rPr>
              <w:t>Kirkkojen toiminnan ja seurakuntatyön vahvistamiseen ulkomailla Herättäjä-Yhdistyksen kansainvälisen työn kautta.</w:t>
            </w:r>
          </w:p>
        </w:tc>
      </w:tr>
      <w:tr w:rsidR="007572E7" w:rsidRPr="009D031D" w14:paraId="1A262891" w14:textId="77777777" w:rsidTr="4A86802C">
        <w:trPr>
          <w:cantSplit/>
          <w:jc w:val="center"/>
        </w:trPr>
        <w:tc>
          <w:tcPr>
            <w:tcW w:w="4082" w:type="dxa"/>
            <w:shd w:val="clear" w:color="auto" w:fill="F3F6F8"/>
            <w:tcMar>
              <w:top w:w="100" w:type="dxa"/>
              <w:left w:w="110" w:type="dxa"/>
              <w:bottom w:w="100" w:type="dxa"/>
              <w:right w:w="110" w:type="dxa"/>
            </w:tcMar>
            <w:vAlign w:val="center"/>
          </w:tcPr>
          <w:p w14:paraId="18CEBAC3" w14:textId="77777777" w:rsidR="007572E7" w:rsidRDefault="00832EBB">
            <w:pPr>
              <w:spacing w:line="252" w:lineRule="auto"/>
              <w:jc w:val="center"/>
            </w:pPr>
            <w:r>
              <w:rPr>
                <w:b/>
                <w:sz w:val="16"/>
              </w:rPr>
              <w:t>Raamatunlukijain Liitto ry</w:t>
            </w:r>
          </w:p>
        </w:tc>
        <w:tc>
          <w:tcPr>
            <w:tcW w:w="10602" w:type="dxa"/>
            <w:shd w:val="clear" w:color="auto" w:fill="F3F6F8"/>
            <w:tcMar>
              <w:top w:w="100" w:type="dxa"/>
              <w:left w:w="110" w:type="dxa"/>
              <w:bottom w:w="100" w:type="dxa"/>
              <w:right w:w="110" w:type="dxa"/>
            </w:tcMar>
            <w:vAlign w:val="center"/>
          </w:tcPr>
          <w:p w14:paraId="0A02B19B" w14:textId="77777777" w:rsidR="007572E7" w:rsidRPr="003163D2" w:rsidRDefault="00832EBB">
            <w:pPr>
              <w:spacing w:line="252" w:lineRule="auto"/>
              <w:rPr>
                <w:lang w:val="fi-FI"/>
              </w:rPr>
            </w:pPr>
            <w:r w:rsidRPr="003163D2">
              <w:rPr>
                <w:sz w:val="16"/>
                <w:lang w:val="fi-FI"/>
              </w:rPr>
              <w:t>Ilmaisesti julkaistavien raamattumateriaalien tekemiseen, kääntämiseen ja Raamattutyöhön.</w:t>
            </w:r>
          </w:p>
        </w:tc>
      </w:tr>
      <w:tr w:rsidR="007572E7" w:rsidRPr="009D031D" w14:paraId="4F533A6C" w14:textId="77777777" w:rsidTr="4A86802C">
        <w:trPr>
          <w:cantSplit/>
          <w:jc w:val="center"/>
        </w:trPr>
        <w:tc>
          <w:tcPr>
            <w:tcW w:w="4082" w:type="dxa"/>
            <w:tcMar>
              <w:top w:w="100" w:type="dxa"/>
              <w:left w:w="110" w:type="dxa"/>
              <w:bottom w:w="100" w:type="dxa"/>
              <w:right w:w="110" w:type="dxa"/>
            </w:tcMar>
            <w:vAlign w:val="center"/>
          </w:tcPr>
          <w:p w14:paraId="511EE1E5" w14:textId="77777777" w:rsidR="007572E7" w:rsidRDefault="00832EBB">
            <w:pPr>
              <w:spacing w:line="252" w:lineRule="auto"/>
              <w:jc w:val="center"/>
            </w:pPr>
            <w:r>
              <w:rPr>
                <w:b/>
                <w:sz w:val="16"/>
              </w:rPr>
              <w:t>Wycliffe Raamatunkääntäjät ry</w:t>
            </w:r>
          </w:p>
        </w:tc>
        <w:tc>
          <w:tcPr>
            <w:tcW w:w="10602" w:type="dxa"/>
            <w:tcMar>
              <w:top w:w="100" w:type="dxa"/>
              <w:left w:w="110" w:type="dxa"/>
              <w:bottom w:w="100" w:type="dxa"/>
              <w:right w:w="110" w:type="dxa"/>
            </w:tcMar>
            <w:vAlign w:val="center"/>
          </w:tcPr>
          <w:p w14:paraId="22C65165" w14:textId="77777777" w:rsidR="007572E7" w:rsidRPr="003163D2" w:rsidRDefault="00832EBB">
            <w:pPr>
              <w:spacing w:line="252" w:lineRule="auto"/>
              <w:rPr>
                <w:lang w:val="fi-FI"/>
              </w:rPr>
            </w:pPr>
            <w:r w:rsidRPr="003163D2">
              <w:rPr>
                <w:sz w:val="16"/>
                <w:lang w:val="fi-FI"/>
              </w:rPr>
              <w:t>Raamatunkäännöstyön, äidinkielisen kouluopetustyön ja pyhäkoulutyön tukemiseen ja ylläpitämiseen.</w:t>
            </w:r>
          </w:p>
        </w:tc>
      </w:tr>
      <w:tr w:rsidR="007572E7" w:rsidRPr="009D031D" w14:paraId="50DC1145" w14:textId="77777777" w:rsidTr="4A86802C">
        <w:trPr>
          <w:cantSplit/>
          <w:jc w:val="center"/>
        </w:trPr>
        <w:tc>
          <w:tcPr>
            <w:tcW w:w="4082" w:type="dxa"/>
            <w:shd w:val="clear" w:color="auto" w:fill="F3F6F8"/>
            <w:tcMar>
              <w:top w:w="100" w:type="dxa"/>
              <w:left w:w="110" w:type="dxa"/>
              <w:bottom w:w="100" w:type="dxa"/>
              <w:right w:w="110" w:type="dxa"/>
            </w:tcMar>
            <w:vAlign w:val="center"/>
          </w:tcPr>
          <w:p w14:paraId="112E7D24" w14:textId="77777777" w:rsidR="007572E7" w:rsidRDefault="00832EBB">
            <w:pPr>
              <w:spacing w:line="252" w:lineRule="auto"/>
              <w:jc w:val="center"/>
            </w:pPr>
            <w:r>
              <w:rPr>
                <w:b/>
                <w:sz w:val="16"/>
              </w:rPr>
              <w:t>Suomen Gideonit ry</w:t>
            </w:r>
          </w:p>
        </w:tc>
        <w:tc>
          <w:tcPr>
            <w:tcW w:w="10602" w:type="dxa"/>
            <w:shd w:val="clear" w:color="auto" w:fill="F3F6F8"/>
            <w:tcMar>
              <w:top w:w="100" w:type="dxa"/>
              <w:left w:w="110" w:type="dxa"/>
              <w:bottom w:w="100" w:type="dxa"/>
              <w:right w:w="110" w:type="dxa"/>
            </w:tcMar>
            <w:vAlign w:val="center"/>
          </w:tcPr>
          <w:p w14:paraId="04D0ECD8" w14:textId="77777777" w:rsidR="007572E7" w:rsidRPr="003163D2" w:rsidRDefault="00832EBB">
            <w:pPr>
              <w:spacing w:line="252" w:lineRule="auto"/>
              <w:rPr>
                <w:lang w:val="fi-FI"/>
              </w:rPr>
            </w:pPr>
            <w:r w:rsidRPr="003163D2">
              <w:rPr>
                <w:sz w:val="16"/>
                <w:lang w:val="fi-FI"/>
              </w:rPr>
              <w:t>Raamattulähetys - Raamattujen ja Uusien testamenttien jakaminen.</w:t>
            </w:r>
          </w:p>
        </w:tc>
      </w:tr>
      <w:tr w:rsidR="007572E7" w:rsidRPr="009D031D" w14:paraId="09ADD876" w14:textId="77777777" w:rsidTr="4A86802C">
        <w:trPr>
          <w:cantSplit/>
          <w:jc w:val="center"/>
        </w:trPr>
        <w:tc>
          <w:tcPr>
            <w:tcW w:w="4082" w:type="dxa"/>
            <w:tcMar>
              <w:top w:w="100" w:type="dxa"/>
              <w:left w:w="110" w:type="dxa"/>
              <w:bottom w:w="100" w:type="dxa"/>
              <w:right w:w="110" w:type="dxa"/>
            </w:tcMar>
            <w:vAlign w:val="center"/>
          </w:tcPr>
          <w:p w14:paraId="7205160D" w14:textId="77777777" w:rsidR="007572E7" w:rsidRDefault="00832EBB">
            <w:pPr>
              <w:spacing w:line="252" w:lineRule="auto"/>
              <w:jc w:val="center"/>
            </w:pPr>
            <w:r>
              <w:rPr>
                <w:b/>
                <w:sz w:val="16"/>
              </w:rPr>
              <w:t>Käpy Lapsikuolemaperheet ry</w:t>
            </w:r>
          </w:p>
        </w:tc>
        <w:tc>
          <w:tcPr>
            <w:tcW w:w="10602" w:type="dxa"/>
            <w:tcMar>
              <w:top w:w="100" w:type="dxa"/>
              <w:left w:w="110" w:type="dxa"/>
              <w:bottom w:w="100" w:type="dxa"/>
              <w:right w:w="110" w:type="dxa"/>
            </w:tcMar>
            <w:vAlign w:val="center"/>
          </w:tcPr>
          <w:p w14:paraId="15651D3F" w14:textId="77777777" w:rsidR="007572E7" w:rsidRPr="003163D2" w:rsidRDefault="00832EBB">
            <w:pPr>
              <w:spacing w:line="252" w:lineRule="auto"/>
              <w:rPr>
                <w:lang w:val="fi-FI"/>
              </w:rPr>
            </w:pPr>
            <w:r w:rsidRPr="003163D2">
              <w:rPr>
                <w:sz w:val="16"/>
                <w:lang w:val="fi-FI"/>
              </w:rPr>
              <w:t>Valtakunnalliseen vertaistukeen lapsen kuoleman kokeneille vanhemmille, isovanhemmille ja sisaruksille.</w:t>
            </w:r>
          </w:p>
        </w:tc>
      </w:tr>
      <w:tr w:rsidR="007572E7" w:rsidRPr="009D031D" w14:paraId="582A0B5B" w14:textId="77777777" w:rsidTr="4A86802C">
        <w:trPr>
          <w:cantSplit/>
          <w:jc w:val="center"/>
        </w:trPr>
        <w:tc>
          <w:tcPr>
            <w:tcW w:w="4082" w:type="dxa"/>
            <w:shd w:val="clear" w:color="auto" w:fill="F3F6F8"/>
            <w:tcMar>
              <w:top w:w="100" w:type="dxa"/>
              <w:left w:w="110" w:type="dxa"/>
              <w:bottom w:w="100" w:type="dxa"/>
              <w:right w:w="110" w:type="dxa"/>
            </w:tcMar>
            <w:vAlign w:val="center"/>
          </w:tcPr>
          <w:p w14:paraId="5F709A25" w14:textId="77777777" w:rsidR="007572E7" w:rsidRPr="003163D2" w:rsidRDefault="00832EBB">
            <w:pPr>
              <w:spacing w:line="252" w:lineRule="auto"/>
              <w:jc w:val="center"/>
              <w:rPr>
                <w:lang w:val="fi-FI"/>
              </w:rPr>
            </w:pPr>
            <w:r w:rsidRPr="003163D2">
              <w:rPr>
                <w:b/>
                <w:sz w:val="16"/>
                <w:lang w:val="fi-FI"/>
              </w:rPr>
              <w:t>Suomen Lähetyslentäjät ry, MAF Suomi</w:t>
            </w:r>
          </w:p>
        </w:tc>
        <w:tc>
          <w:tcPr>
            <w:tcW w:w="10602" w:type="dxa"/>
            <w:shd w:val="clear" w:color="auto" w:fill="F3F6F8"/>
            <w:tcMar>
              <w:top w:w="100" w:type="dxa"/>
              <w:left w:w="110" w:type="dxa"/>
              <w:bottom w:w="100" w:type="dxa"/>
              <w:right w:w="110" w:type="dxa"/>
            </w:tcMar>
            <w:vAlign w:val="center"/>
          </w:tcPr>
          <w:p w14:paraId="0A186529" w14:textId="77777777" w:rsidR="007572E7" w:rsidRPr="003163D2" w:rsidRDefault="00832EBB">
            <w:pPr>
              <w:spacing w:line="252" w:lineRule="auto"/>
              <w:rPr>
                <w:lang w:val="fi-FI"/>
              </w:rPr>
            </w:pPr>
            <w:r w:rsidRPr="003163D2">
              <w:rPr>
                <w:sz w:val="16"/>
                <w:lang w:val="fi-FI"/>
              </w:rPr>
              <w:t>Avustuslentotoiminnasta aiheutuviin kustannuksiin ensisijaisesti Etelä-Sudanissa, Tsadissa ja Ugandassa.</w:t>
            </w:r>
          </w:p>
        </w:tc>
      </w:tr>
      <w:tr w:rsidR="007572E7" w14:paraId="6B9CB158" w14:textId="77777777" w:rsidTr="4A86802C">
        <w:trPr>
          <w:cantSplit/>
          <w:jc w:val="center"/>
        </w:trPr>
        <w:tc>
          <w:tcPr>
            <w:tcW w:w="4082" w:type="dxa"/>
            <w:tcMar>
              <w:top w:w="100" w:type="dxa"/>
              <w:left w:w="110" w:type="dxa"/>
              <w:bottom w:w="100" w:type="dxa"/>
              <w:right w:w="110" w:type="dxa"/>
            </w:tcMar>
            <w:vAlign w:val="center"/>
          </w:tcPr>
          <w:p w14:paraId="6D58F50F" w14:textId="77777777" w:rsidR="007572E7" w:rsidRDefault="00832EBB">
            <w:pPr>
              <w:spacing w:line="252" w:lineRule="auto"/>
              <w:jc w:val="center"/>
            </w:pPr>
            <w:r>
              <w:rPr>
                <w:b/>
                <w:sz w:val="16"/>
              </w:rPr>
              <w:t>Suomen Luterilainen Evankeliumiyhdistys ry</w:t>
            </w:r>
          </w:p>
        </w:tc>
        <w:tc>
          <w:tcPr>
            <w:tcW w:w="10602" w:type="dxa"/>
            <w:tcMar>
              <w:top w:w="100" w:type="dxa"/>
              <w:left w:w="110" w:type="dxa"/>
              <w:bottom w:w="100" w:type="dxa"/>
              <w:right w:w="110" w:type="dxa"/>
            </w:tcMar>
            <w:vAlign w:val="center"/>
          </w:tcPr>
          <w:p w14:paraId="2410850F" w14:textId="77777777" w:rsidR="007572E7" w:rsidRDefault="00832EBB">
            <w:pPr>
              <w:spacing w:line="252" w:lineRule="auto"/>
            </w:pPr>
            <w:r w:rsidRPr="003163D2">
              <w:rPr>
                <w:sz w:val="16"/>
                <w:lang w:val="fi-FI"/>
              </w:rPr>
              <w:t xml:space="preserve">Koulutustyö Etelä-sudanilaisten pakolaisten parissa Ugandan pakolaisasutusalueilla. </w:t>
            </w:r>
            <w:r>
              <w:rPr>
                <w:sz w:val="16"/>
              </w:rPr>
              <w:t>Tavoittamattomien kansojen tavoittaminen evankeliumilla, erityisesti Kaakkois- ja Etu-Aasiassa.</w:t>
            </w:r>
          </w:p>
        </w:tc>
      </w:tr>
      <w:tr w:rsidR="007572E7" w:rsidRPr="009D031D" w14:paraId="1E739157" w14:textId="77777777" w:rsidTr="4A86802C">
        <w:trPr>
          <w:cantSplit/>
          <w:jc w:val="center"/>
        </w:trPr>
        <w:tc>
          <w:tcPr>
            <w:tcW w:w="4082" w:type="dxa"/>
            <w:shd w:val="clear" w:color="auto" w:fill="F3F6F8"/>
            <w:tcMar>
              <w:top w:w="100" w:type="dxa"/>
              <w:left w:w="110" w:type="dxa"/>
              <w:bottom w:w="100" w:type="dxa"/>
              <w:right w:w="110" w:type="dxa"/>
            </w:tcMar>
            <w:vAlign w:val="center"/>
          </w:tcPr>
          <w:p w14:paraId="324755CB" w14:textId="77777777" w:rsidR="007572E7" w:rsidRPr="003163D2" w:rsidRDefault="00832EBB">
            <w:pPr>
              <w:spacing w:line="252" w:lineRule="auto"/>
              <w:jc w:val="center"/>
              <w:rPr>
                <w:lang w:val="fi-FI"/>
              </w:rPr>
            </w:pPr>
            <w:r w:rsidRPr="003163D2">
              <w:rPr>
                <w:b/>
                <w:sz w:val="16"/>
                <w:lang w:val="fi-FI"/>
              </w:rPr>
              <w:t>Suomen Ev. lut. Kansanlähetys ry</w:t>
            </w:r>
          </w:p>
        </w:tc>
        <w:tc>
          <w:tcPr>
            <w:tcW w:w="10602" w:type="dxa"/>
            <w:shd w:val="clear" w:color="auto" w:fill="F3F6F8"/>
            <w:tcMar>
              <w:top w:w="100" w:type="dxa"/>
              <w:left w:w="110" w:type="dxa"/>
              <w:bottom w:w="100" w:type="dxa"/>
              <w:right w:w="110" w:type="dxa"/>
            </w:tcMar>
            <w:vAlign w:val="center"/>
          </w:tcPr>
          <w:p w14:paraId="58A5AAA2" w14:textId="77777777" w:rsidR="007572E7" w:rsidRPr="003163D2" w:rsidRDefault="00832EBB">
            <w:pPr>
              <w:spacing w:line="252" w:lineRule="auto"/>
              <w:rPr>
                <w:lang w:val="fi-FI"/>
              </w:rPr>
            </w:pPr>
            <w:r w:rsidRPr="003163D2">
              <w:rPr>
                <w:sz w:val="16"/>
                <w:lang w:val="fi-FI"/>
              </w:rPr>
              <w:t>Kansanlähetyksen diakoniseen avustustyöhön vähäosaisten parissa eri työalueilla. Kansanlähetyksen ja Etiopian luterilaisen Mekane Yesus -kirkon mittava rakennushanke Lounais-Etiopian Jimmassa.</w:t>
            </w:r>
          </w:p>
        </w:tc>
      </w:tr>
      <w:tr w:rsidR="007572E7" w:rsidRPr="009D031D" w14:paraId="326438E8" w14:textId="77777777" w:rsidTr="4A86802C">
        <w:trPr>
          <w:cantSplit/>
          <w:jc w:val="center"/>
        </w:trPr>
        <w:tc>
          <w:tcPr>
            <w:tcW w:w="4082" w:type="dxa"/>
            <w:tcMar>
              <w:top w:w="100" w:type="dxa"/>
              <w:left w:w="110" w:type="dxa"/>
              <w:bottom w:w="100" w:type="dxa"/>
              <w:right w:w="110" w:type="dxa"/>
            </w:tcMar>
            <w:vAlign w:val="center"/>
          </w:tcPr>
          <w:p w14:paraId="6D1C7CAB" w14:textId="77777777" w:rsidR="007572E7" w:rsidRDefault="00832EBB">
            <w:pPr>
              <w:spacing w:line="252" w:lineRule="auto"/>
              <w:jc w:val="center"/>
            </w:pPr>
            <w:r>
              <w:rPr>
                <w:b/>
                <w:sz w:val="16"/>
              </w:rPr>
              <w:t>Sininauhasäätiö sr.</w:t>
            </w:r>
          </w:p>
        </w:tc>
        <w:tc>
          <w:tcPr>
            <w:tcW w:w="10602" w:type="dxa"/>
            <w:tcMar>
              <w:top w:w="100" w:type="dxa"/>
              <w:left w:w="110" w:type="dxa"/>
              <w:bottom w:w="100" w:type="dxa"/>
              <w:right w:w="110" w:type="dxa"/>
            </w:tcMar>
            <w:vAlign w:val="center"/>
          </w:tcPr>
          <w:p w14:paraId="48057FDC" w14:textId="77777777" w:rsidR="007572E7" w:rsidRPr="003163D2" w:rsidRDefault="00832EBB">
            <w:pPr>
              <w:spacing w:line="252" w:lineRule="auto"/>
              <w:rPr>
                <w:lang w:val="fi-FI"/>
              </w:rPr>
            </w:pPr>
            <w:r w:rsidRPr="003163D2">
              <w:rPr>
                <w:sz w:val="16"/>
                <w:lang w:val="fi-FI"/>
              </w:rPr>
              <w:t>Sininauhasäätiön kynnyksettömän nuorten tukipiste Nuolen sekä asiakkaiden terveyden ja hyvinvoinnin tukemiseen, materiaaliseen apuun ja vapaaehtoistoiminnan kuluihin.</w:t>
            </w:r>
          </w:p>
        </w:tc>
      </w:tr>
      <w:tr w:rsidR="007572E7" w14:paraId="136168B5" w14:textId="77777777" w:rsidTr="4A86802C">
        <w:trPr>
          <w:cantSplit/>
          <w:jc w:val="center"/>
        </w:trPr>
        <w:tc>
          <w:tcPr>
            <w:tcW w:w="4082" w:type="dxa"/>
            <w:shd w:val="clear" w:color="auto" w:fill="F3F6F8"/>
            <w:tcMar>
              <w:top w:w="100" w:type="dxa"/>
              <w:left w:w="110" w:type="dxa"/>
              <w:bottom w:w="100" w:type="dxa"/>
              <w:right w:w="110" w:type="dxa"/>
            </w:tcMar>
            <w:vAlign w:val="center"/>
          </w:tcPr>
          <w:p w14:paraId="4DE51EF5" w14:textId="77777777" w:rsidR="007572E7" w:rsidRDefault="00832EBB">
            <w:pPr>
              <w:spacing w:line="252" w:lineRule="auto"/>
              <w:jc w:val="center"/>
            </w:pPr>
            <w:r>
              <w:rPr>
                <w:b/>
                <w:sz w:val="16"/>
              </w:rPr>
              <w:t>Suomen Merimieskirkko sr</w:t>
            </w:r>
          </w:p>
        </w:tc>
        <w:tc>
          <w:tcPr>
            <w:tcW w:w="10602" w:type="dxa"/>
            <w:shd w:val="clear" w:color="auto" w:fill="F3F6F8"/>
            <w:tcMar>
              <w:top w:w="100" w:type="dxa"/>
              <w:left w:w="110" w:type="dxa"/>
              <w:bottom w:w="100" w:type="dxa"/>
              <w:right w:w="110" w:type="dxa"/>
            </w:tcMar>
            <w:vAlign w:val="center"/>
          </w:tcPr>
          <w:p w14:paraId="53D34211" w14:textId="073BD077" w:rsidR="007572E7" w:rsidRDefault="4A86802C">
            <w:pPr>
              <w:spacing w:line="252" w:lineRule="auto"/>
            </w:pPr>
            <w:r w:rsidRPr="4A86802C">
              <w:rPr>
                <w:sz w:val="16"/>
                <w:szCs w:val="16"/>
              </w:rPr>
              <w:t xml:space="preserve">Kansainväliseen diakoniatyöhön Suomen satamissa. </w:t>
            </w:r>
          </w:p>
        </w:tc>
      </w:tr>
      <w:tr w:rsidR="007572E7" w:rsidRPr="009D031D" w14:paraId="055482D4" w14:textId="77777777" w:rsidTr="4A86802C">
        <w:trPr>
          <w:cantSplit/>
          <w:jc w:val="center"/>
        </w:trPr>
        <w:tc>
          <w:tcPr>
            <w:tcW w:w="4082" w:type="dxa"/>
            <w:tcMar>
              <w:top w:w="100" w:type="dxa"/>
              <w:left w:w="110" w:type="dxa"/>
              <w:bottom w:w="100" w:type="dxa"/>
              <w:right w:w="110" w:type="dxa"/>
            </w:tcMar>
            <w:vAlign w:val="center"/>
          </w:tcPr>
          <w:p w14:paraId="4CD2A43D" w14:textId="77777777" w:rsidR="007572E7" w:rsidRDefault="00832EBB">
            <w:pPr>
              <w:spacing w:line="252" w:lineRule="auto"/>
              <w:jc w:val="center"/>
            </w:pPr>
            <w:r>
              <w:rPr>
                <w:b/>
                <w:sz w:val="16"/>
              </w:rPr>
              <w:t>Kirkkohallitus</w:t>
            </w:r>
          </w:p>
        </w:tc>
        <w:tc>
          <w:tcPr>
            <w:tcW w:w="10602" w:type="dxa"/>
            <w:tcMar>
              <w:top w:w="100" w:type="dxa"/>
              <w:left w:w="110" w:type="dxa"/>
              <w:bottom w:w="100" w:type="dxa"/>
              <w:right w:w="110" w:type="dxa"/>
            </w:tcMar>
            <w:vAlign w:val="center"/>
          </w:tcPr>
          <w:p w14:paraId="5567C20E" w14:textId="08316095" w:rsidR="007572E7" w:rsidRPr="003163D2" w:rsidRDefault="6AB2C52B" w:rsidP="4A86802C">
            <w:pPr>
              <w:spacing w:line="252" w:lineRule="auto"/>
              <w:rPr>
                <w:lang w:val="fi-FI"/>
              </w:rPr>
            </w:pPr>
            <w:r w:rsidRPr="003163D2">
              <w:rPr>
                <w:sz w:val="16"/>
                <w:szCs w:val="16"/>
                <w:lang w:val="fi-FI"/>
              </w:rPr>
              <w:t xml:space="preserve">1. Oppilaitos- ja nuorisotyöhön eri järjestöille </w:t>
            </w:r>
          </w:p>
          <w:p w14:paraId="16D433AF" w14:textId="07580D98" w:rsidR="007572E7" w:rsidRPr="003163D2" w:rsidRDefault="6AB2C52B" w:rsidP="4A86802C">
            <w:pPr>
              <w:spacing w:line="252" w:lineRule="auto"/>
              <w:rPr>
                <w:lang w:val="fi-FI"/>
              </w:rPr>
            </w:pPr>
            <w:r w:rsidRPr="003163D2">
              <w:rPr>
                <w:sz w:val="16"/>
                <w:szCs w:val="16"/>
                <w:lang w:val="fi-FI"/>
              </w:rPr>
              <w:t xml:space="preserve">2. Päihde- ja kriminaalityöhön eri järjestöille </w:t>
            </w:r>
          </w:p>
          <w:p w14:paraId="71AE5A68" w14:textId="68D8462E" w:rsidR="007572E7" w:rsidRPr="003163D2" w:rsidRDefault="6AB2C52B" w:rsidP="4A86802C">
            <w:pPr>
              <w:spacing w:line="252" w:lineRule="auto"/>
              <w:rPr>
                <w:lang w:val="fi-FI"/>
              </w:rPr>
            </w:pPr>
            <w:r w:rsidRPr="003163D2">
              <w:rPr>
                <w:sz w:val="16"/>
                <w:szCs w:val="16"/>
                <w:lang w:val="fi-FI"/>
              </w:rPr>
              <w:t>3. Ukrainan saksalainen evankelis-luterilainen kirkko (GELCU) Lapsi- ja perhetyöhön sodan vaurioittamilla alueilla sekä erityislasten ja nuorten tukeen ja ikäihmisten ja haavoittuvien ihmisten tukeen etsivän diakoniatoiminnan kautta Ukrainassa.</w:t>
            </w:r>
          </w:p>
        </w:tc>
      </w:tr>
      <w:tr w:rsidR="007572E7" w:rsidRPr="009D031D" w14:paraId="44FDF757" w14:textId="77777777" w:rsidTr="00B06E8A">
        <w:trPr>
          <w:cantSplit/>
          <w:trHeight w:val="20"/>
          <w:jc w:val="center"/>
        </w:trPr>
        <w:tc>
          <w:tcPr>
            <w:tcW w:w="4082" w:type="dxa"/>
            <w:shd w:val="clear" w:color="auto" w:fill="F3F6F8"/>
            <w:tcMar>
              <w:top w:w="100" w:type="dxa"/>
              <w:left w:w="110" w:type="dxa"/>
              <w:bottom w:w="100" w:type="dxa"/>
              <w:right w:w="110" w:type="dxa"/>
            </w:tcMar>
            <w:vAlign w:val="center"/>
          </w:tcPr>
          <w:p w14:paraId="2C546999" w14:textId="77777777" w:rsidR="007572E7" w:rsidRPr="003163D2" w:rsidRDefault="00832EBB">
            <w:pPr>
              <w:spacing w:line="252" w:lineRule="auto"/>
              <w:jc w:val="center"/>
              <w:rPr>
                <w:lang w:val="fi-FI"/>
              </w:rPr>
            </w:pPr>
            <w:r w:rsidRPr="003163D2">
              <w:rPr>
                <w:b/>
                <w:sz w:val="16"/>
                <w:lang w:val="fi-FI"/>
              </w:rPr>
              <w:lastRenderedPageBreak/>
              <w:t>Lasten ja nuorten keskus ry</w:t>
            </w:r>
          </w:p>
        </w:tc>
        <w:tc>
          <w:tcPr>
            <w:tcW w:w="10602" w:type="dxa"/>
            <w:shd w:val="clear" w:color="auto" w:fill="F3F6F8"/>
            <w:tcMar>
              <w:top w:w="100" w:type="dxa"/>
              <w:left w:w="110" w:type="dxa"/>
              <w:bottom w:w="100" w:type="dxa"/>
              <w:right w:w="110" w:type="dxa"/>
            </w:tcMar>
            <w:vAlign w:val="center"/>
          </w:tcPr>
          <w:p w14:paraId="42E2F998" w14:textId="7B3675CE" w:rsidR="007572E7" w:rsidRPr="003163D2" w:rsidRDefault="4A86802C">
            <w:pPr>
              <w:spacing w:line="252" w:lineRule="auto"/>
              <w:rPr>
                <w:lang w:val="fi-FI"/>
              </w:rPr>
            </w:pPr>
            <w:r w:rsidRPr="003163D2">
              <w:rPr>
                <w:sz w:val="16"/>
                <w:szCs w:val="16"/>
                <w:lang w:val="fi-FI"/>
              </w:rPr>
              <w:t xml:space="preserve">1. Pyhäkoulutoiminnan kehittämiseen. </w:t>
            </w:r>
          </w:p>
          <w:p w14:paraId="5BE77AEB" w14:textId="0CFE8F4B" w:rsidR="007572E7" w:rsidRPr="003163D2" w:rsidRDefault="4A86802C">
            <w:pPr>
              <w:spacing w:line="252" w:lineRule="auto"/>
              <w:rPr>
                <w:lang w:val="fi-FI"/>
              </w:rPr>
            </w:pPr>
            <w:r w:rsidRPr="003163D2">
              <w:rPr>
                <w:sz w:val="16"/>
                <w:szCs w:val="16"/>
                <w:lang w:val="fi-FI"/>
              </w:rPr>
              <w:t>2. Lasten ja nuorten yksinäisyyden ehkäisyyn.</w:t>
            </w:r>
          </w:p>
        </w:tc>
      </w:tr>
    </w:tbl>
    <w:p w14:paraId="2B0FD784" w14:textId="77777777" w:rsidR="00832EBB" w:rsidRPr="003163D2" w:rsidRDefault="00832EBB">
      <w:pPr>
        <w:rPr>
          <w:lang w:val="fi-FI"/>
        </w:rPr>
      </w:pPr>
    </w:p>
    <w:sectPr w:rsidR="00832EBB" w:rsidRPr="003163D2" w:rsidSect="00034616">
      <w:footerReference w:type="default" r:id="rId8"/>
      <w:pgSz w:w="16838" w:h="11906" w:orient="landscape"/>
      <w:pgMar w:top="794" w:right="794" w:bottom="794"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62159" w14:textId="77777777" w:rsidR="00823BB6" w:rsidRDefault="00823BB6">
      <w:pPr>
        <w:spacing w:after="0" w:line="240" w:lineRule="auto"/>
      </w:pPr>
      <w:r>
        <w:separator/>
      </w:r>
    </w:p>
  </w:endnote>
  <w:endnote w:type="continuationSeparator" w:id="0">
    <w:p w14:paraId="6B3A7500" w14:textId="77777777" w:rsidR="00823BB6" w:rsidRDefault="00823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D725" w14:textId="77777777" w:rsidR="007572E7" w:rsidRDefault="00832EBB">
    <w:pPr>
      <w:pStyle w:val="Alatunniste"/>
      <w:jc w:val="center"/>
    </w:pPr>
    <w:r>
      <w:rPr>
        <w:color w:val="646464"/>
        <w:sz w:val="16"/>
      </w:rPr>
      <w:t>Kirkkokolehdit 2027 | Kirkkohallituksen täysistunto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86326" w14:textId="77777777" w:rsidR="00823BB6" w:rsidRDefault="00823BB6">
      <w:pPr>
        <w:spacing w:after="0" w:line="240" w:lineRule="auto"/>
      </w:pPr>
      <w:r>
        <w:separator/>
      </w:r>
    </w:p>
  </w:footnote>
  <w:footnote w:type="continuationSeparator" w:id="0">
    <w:p w14:paraId="27856FD1" w14:textId="77777777" w:rsidR="00823BB6" w:rsidRDefault="00823B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ituluettel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Merkittyluettel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Merkittyluettel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ituluettel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Merkittyluettelo"/>
      <w:lvlText w:val=""/>
      <w:lvlJc w:val="left"/>
      <w:pPr>
        <w:tabs>
          <w:tab w:val="num" w:pos="360"/>
        </w:tabs>
        <w:ind w:left="360" w:hanging="360"/>
      </w:pPr>
      <w:rPr>
        <w:rFonts w:ascii="Symbol" w:hAnsi="Symbol" w:hint="default"/>
      </w:rPr>
    </w:lvl>
  </w:abstractNum>
  <w:num w:numId="1" w16cid:durableId="1376076310">
    <w:abstractNumId w:val="8"/>
  </w:num>
  <w:num w:numId="2" w16cid:durableId="578297321">
    <w:abstractNumId w:val="6"/>
  </w:num>
  <w:num w:numId="3" w16cid:durableId="993487732">
    <w:abstractNumId w:val="5"/>
  </w:num>
  <w:num w:numId="4" w16cid:durableId="1290479848">
    <w:abstractNumId w:val="4"/>
  </w:num>
  <w:num w:numId="5" w16cid:durableId="2144736117">
    <w:abstractNumId w:val="7"/>
  </w:num>
  <w:num w:numId="6" w16cid:durableId="2136285979">
    <w:abstractNumId w:val="3"/>
  </w:num>
  <w:num w:numId="7" w16cid:durableId="1205875235">
    <w:abstractNumId w:val="2"/>
  </w:num>
  <w:num w:numId="8" w16cid:durableId="1534687898">
    <w:abstractNumId w:val="1"/>
  </w:num>
  <w:num w:numId="9" w16cid:durableId="869993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63D2"/>
    <w:rsid w:val="00326F90"/>
    <w:rsid w:val="007572E7"/>
    <w:rsid w:val="00823BB6"/>
    <w:rsid w:val="00832EBB"/>
    <w:rsid w:val="009D031D"/>
    <w:rsid w:val="00AA1D8D"/>
    <w:rsid w:val="00B06E8A"/>
    <w:rsid w:val="00B47730"/>
    <w:rsid w:val="00B93560"/>
    <w:rsid w:val="00CB0664"/>
    <w:rsid w:val="00D97CC1"/>
    <w:rsid w:val="00FC693F"/>
    <w:rsid w:val="024F5C65"/>
    <w:rsid w:val="137386B8"/>
    <w:rsid w:val="17F0A976"/>
    <w:rsid w:val="1928C08A"/>
    <w:rsid w:val="2B0928A9"/>
    <w:rsid w:val="42E615F5"/>
    <w:rsid w:val="444F7BB7"/>
    <w:rsid w:val="49FA055D"/>
    <w:rsid w:val="4A86802C"/>
    <w:rsid w:val="583B66BC"/>
    <w:rsid w:val="5D534876"/>
    <w:rsid w:val="6A57B582"/>
    <w:rsid w:val="6AB2C52B"/>
    <w:rsid w:val="76E3C5A0"/>
    <w:rsid w:val="7ACFAE57"/>
    <w:rsid w:val="7B64AFF8"/>
    <w:rsid w:val="7F1F7E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E8EEFDF-93F2-4117-88F3-AA1F9A971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C693F"/>
    <w:rPr>
      <w:rFonts w:ascii="Aptos" w:hAnsi="Aptos"/>
      <w:sz w:val="18"/>
    </w:rPr>
  </w:style>
  <w:style w:type="paragraph" w:styleId="Otsikko1">
    <w:name w:val="heading 1"/>
    <w:basedOn w:val="Normaali"/>
    <w:next w:val="Normaali"/>
    <w:link w:val="Otsikko1Char"/>
    <w:uiPriority w:val="9"/>
    <w:qFormat/>
    <w:rsid w:val="00FC693F"/>
    <w:pPr>
      <w:keepNext/>
      <w:keepLines/>
      <w:spacing w:before="480" w:after="0"/>
      <w:outlineLvl w:val="0"/>
    </w:pPr>
    <w:rPr>
      <w:rFonts w:asciiTheme="majorHAnsi" w:eastAsiaTheme="majorEastAsia" w:hAnsiTheme="majorHAnsi" w:cstheme="majorBidi"/>
      <w:b/>
      <w:bCs/>
      <w:color w:val="1F4E79"/>
      <w:sz w:val="32"/>
      <w:szCs w:val="28"/>
    </w:rPr>
  </w:style>
  <w:style w:type="paragraph" w:styleId="Otsikko2">
    <w:name w:val="heading 2"/>
    <w:basedOn w:val="Normaali"/>
    <w:next w:val="Normaali"/>
    <w:link w:val="Otsikk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tsikko3">
    <w:name w:val="heading 3"/>
    <w:basedOn w:val="Normaali"/>
    <w:next w:val="Normaali"/>
    <w:link w:val="Otsikk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tsikko4">
    <w:name w:val="heading 4"/>
    <w:basedOn w:val="Normaali"/>
    <w:next w:val="Normaali"/>
    <w:link w:val="Otsikk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tsikko5">
    <w:name w:val="heading 5"/>
    <w:basedOn w:val="Normaali"/>
    <w:next w:val="Normaali"/>
    <w:link w:val="Otsikk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tsikko6">
    <w:name w:val="heading 6"/>
    <w:basedOn w:val="Normaali"/>
    <w:next w:val="Normaali"/>
    <w:link w:val="Otsikk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tsikko7">
    <w:name w:val="heading 7"/>
    <w:basedOn w:val="Normaali"/>
    <w:next w:val="Normaali"/>
    <w:link w:val="Otsikk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tsikko9">
    <w:name w:val="heading 9"/>
    <w:basedOn w:val="Normaali"/>
    <w:next w:val="Normaali"/>
    <w:link w:val="Otsikk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618BF"/>
    <w:pPr>
      <w:tabs>
        <w:tab w:val="center" w:pos="4680"/>
        <w:tab w:val="right" w:pos="9360"/>
      </w:tabs>
      <w:spacing w:after="0" w:line="240" w:lineRule="auto"/>
    </w:pPr>
  </w:style>
  <w:style w:type="character" w:customStyle="1" w:styleId="YltunnisteChar">
    <w:name w:val="Ylätunniste Char"/>
    <w:basedOn w:val="Kappaleenoletusfontti"/>
    <w:link w:val="Yltunniste"/>
    <w:uiPriority w:val="99"/>
    <w:rsid w:val="00E618BF"/>
  </w:style>
  <w:style w:type="paragraph" w:styleId="Alatunniste">
    <w:name w:val="footer"/>
    <w:basedOn w:val="Normaali"/>
    <w:link w:val="AlatunnisteChar"/>
    <w:uiPriority w:val="99"/>
    <w:unhideWhenUsed/>
    <w:rsid w:val="00E618BF"/>
    <w:pPr>
      <w:tabs>
        <w:tab w:val="center" w:pos="4680"/>
        <w:tab w:val="right" w:pos="9360"/>
      </w:tabs>
      <w:spacing w:after="0" w:line="240" w:lineRule="auto"/>
    </w:pPr>
  </w:style>
  <w:style w:type="character" w:customStyle="1" w:styleId="AlatunnisteChar">
    <w:name w:val="Alatunniste Char"/>
    <w:basedOn w:val="Kappaleenoletusfontti"/>
    <w:link w:val="Alatunniste"/>
    <w:uiPriority w:val="99"/>
    <w:rsid w:val="00E618BF"/>
  </w:style>
  <w:style w:type="paragraph" w:styleId="Eivli">
    <w:name w:val="No Spacing"/>
    <w:uiPriority w:val="1"/>
    <w:qFormat/>
    <w:rsid w:val="00FC693F"/>
    <w:pPr>
      <w:spacing w:after="0" w:line="240" w:lineRule="auto"/>
    </w:pPr>
  </w:style>
  <w:style w:type="character" w:customStyle="1" w:styleId="Otsikko1Char">
    <w:name w:val="Otsikko 1 Char"/>
    <w:basedOn w:val="Kappaleenoletusfontti"/>
    <w:link w:val="Otsikk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Kappaleenoletusfontti"/>
    <w:link w:val="Otsikko2"/>
    <w:uiPriority w:val="9"/>
    <w:rsid w:val="00FC693F"/>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link w:val="Otsikko3"/>
    <w:uiPriority w:val="9"/>
    <w:rsid w:val="00FC693F"/>
    <w:rPr>
      <w:rFonts w:asciiTheme="majorHAnsi" w:eastAsiaTheme="majorEastAsia" w:hAnsiTheme="majorHAnsi" w:cstheme="majorBidi"/>
      <w:b/>
      <w:bCs/>
      <w:color w:val="4F81BD" w:themeColor="accent1"/>
    </w:rPr>
  </w:style>
  <w:style w:type="paragraph" w:styleId="Otsikko">
    <w:name w:val="Title"/>
    <w:basedOn w:val="Normaali"/>
    <w:next w:val="Normaali"/>
    <w:link w:val="Otsikk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50"/>
      <w:szCs w:val="52"/>
    </w:rPr>
  </w:style>
  <w:style w:type="character" w:customStyle="1" w:styleId="OtsikkoChar">
    <w:name w:val="Otsikko Char"/>
    <w:basedOn w:val="Kappaleenoletusfontti"/>
    <w:link w:val="Otsikk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otsikko">
    <w:name w:val="Subtitle"/>
    <w:basedOn w:val="Normaali"/>
    <w:next w:val="Normaali"/>
    <w:link w:val="Alaotsikk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otsikkoChar">
    <w:name w:val="Alaotsikko Char"/>
    <w:basedOn w:val="Kappaleenoletusfontti"/>
    <w:link w:val="Alaotsikko"/>
    <w:uiPriority w:val="11"/>
    <w:rsid w:val="00FC693F"/>
    <w:rPr>
      <w:rFonts w:asciiTheme="majorHAnsi" w:eastAsiaTheme="majorEastAsia" w:hAnsiTheme="majorHAnsi" w:cstheme="majorBidi"/>
      <w:i/>
      <w:iCs/>
      <w:color w:val="4F81BD" w:themeColor="accent1"/>
      <w:spacing w:val="15"/>
      <w:sz w:val="24"/>
      <w:szCs w:val="24"/>
    </w:rPr>
  </w:style>
  <w:style w:type="paragraph" w:styleId="Luettelokappale">
    <w:name w:val="List Paragraph"/>
    <w:basedOn w:val="Normaali"/>
    <w:uiPriority w:val="34"/>
    <w:qFormat/>
    <w:rsid w:val="00FC693F"/>
    <w:pPr>
      <w:ind w:left="720"/>
      <w:contextualSpacing/>
    </w:pPr>
  </w:style>
  <w:style w:type="paragraph" w:styleId="Leipteksti">
    <w:name w:val="Body Text"/>
    <w:basedOn w:val="Normaali"/>
    <w:link w:val="LeiptekstiChar"/>
    <w:uiPriority w:val="99"/>
    <w:unhideWhenUsed/>
    <w:rsid w:val="00AA1D8D"/>
    <w:pPr>
      <w:spacing w:after="120"/>
    </w:pPr>
  </w:style>
  <w:style w:type="character" w:customStyle="1" w:styleId="LeiptekstiChar">
    <w:name w:val="Leipäteksti Char"/>
    <w:basedOn w:val="Kappaleenoletusfontti"/>
    <w:link w:val="Leipteksti"/>
    <w:uiPriority w:val="99"/>
    <w:rsid w:val="00AA1D8D"/>
  </w:style>
  <w:style w:type="paragraph" w:styleId="Leipteksti2">
    <w:name w:val="Body Text 2"/>
    <w:basedOn w:val="Normaali"/>
    <w:link w:val="Leipteksti2Char"/>
    <w:uiPriority w:val="99"/>
    <w:unhideWhenUsed/>
    <w:rsid w:val="00AA1D8D"/>
    <w:pPr>
      <w:spacing w:after="120" w:line="480" w:lineRule="auto"/>
    </w:pPr>
  </w:style>
  <w:style w:type="character" w:customStyle="1" w:styleId="Leipteksti2Char">
    <w:name w:val="Leipäteksti 2 Char"/>
    <w:basedOn w:val="Kappaleenoletusfontti"/>
    <w:link w:val="Leipteksti2"/>
    <w:uiPriority w:val="99"/>
    <w:rsid w:val="00AA1D8D"/>
  </w:style>
  <w:style w:type="paragraph" w:styleId="Leipteksti3">
    <w:name w:val="Body Text 3"/>
    <w:basedOn w:val="Normaali"/>
    <w:link w:val="Leipteksti3Char"/>
    <w:uiPriority w:val="99"/>
    <w:unhideWhenUsed/>
    <w:rsid w:val="00AA1D8D"/>
    <w:pPr>
      <w:spacing w:after="120"/>
    </w:pPr>
    <w:rPr>
      <w:sz w:val="16"/>
      <w:szCs w:val="16"/>
    </w:rPr>
  </w:style>
  <w:style w:type="character" w:customStyle="1" w:styleId="Leipteksti3Char">
    <w:name w:val="Leipäteksti 3 Char"/>
    <w:basedOn w:val="Kappaleenoletusfontti"/>
    <w:link w:val="Leipteksti3"/>
    <w:uiPriority w:val="99"/>
    <w:rsid w:val="00AA1D8D"/>
    <w:rPr>
      <w:sz w:val="16"/>
      <w:szCs w:val="16"/>
    </w:rPr>
  </w:style>
  <w:style w:type="paragraph" w:styleId="Luettelo">
    <w:name w:val="List"/>
    <w:basedOn w:val="Normaali"/>
    <w:uiPriority w:val="99"/>
    <w:unhideWhenUsed/>
    <w:rsid w:val="00AA1D8D"/>
    <w:pPr>
      <w:ind w:left="360" w:hanging="360"/>
      <w:contextualSpacing/>
    </w:pPr>
  </w:style>
  <w:style w:type="paragraph" w:styleId="Luettelo2">
    <w:name w:val="List 2"/>
    <w:basedOn w:val="Normaali"/>
    <w:uiPriority w:val="99"/>
    <w:unhideWhenUsed/>
    <w:rsid w:val="00326F90"/>
    <w:pPr>
      <w:ind w:left="720" w:hanging="360"/>
      <w:contextualSpacing/>
    </w:pPr>
  </w:style>
  <w:style w:type="paragraph" w:styleId="Luettelo3">
    <w:name w:val="List 3"/>
    <w:basedOn w:val="Normaali"/>
    <w:uiPriority w:val="99"/>
    <w:unhideWhenUsed/>
    <w:rsid w:val="00326F90"/>
    <w:pPr>
      <w:ind w:left="1080" w:hanging="360"/>
      <w:contextualSpacing/>
    </w:pPr>
  </w:style>
  <w:style w:type="paragraph" w:styleId="Merkittyluettelo">
    <w:name w:val="List Bullet"/>
    <w:basedOn w:val="Normaali"/>
    <w:uiPriority w:val="99"/>
    <w:unhideWhenUsed/>
    <w:rsid w:val="00326F90"/>
    <w:pPr>
      <w:numPr>
        <w:numId w:val="1"/>
      </w:numPr>
      <w:contextualSpacing/>
    </w:pPr>
  </w:style>
  <w:style w:type="paragraph" w:styleId="Merkittyluettelo2">
    <w:name w:val="List Bullet 2"/>
    <w:basedOn w:val="Normaali"/>
    <w:uiPriority w:val="99"/>
    <w:unhideWhenUsed/>
    <w:rsid w:val="00326F90"/>
    <w:pPr>
      <w:numPr>
        <w:numId w:val="2"/>
      </w:numPr>
      <w:contextualSpacing/>
    </w:pPr>
  </w:style>
  <w:style w:type="paragraph" w:styleId="Merkittyluettelo3">
    <w:name w:val="List Bullet 3"/>
    <w:basedOn w:val="Normaali"/>
    <w:uiPriority w:val="99"/>
    <w:unhideWhenUsed/>
    <w:rsid w:val="00326F90"/>
    <w:pPr>
      <w:numPr>
        <w:numId w:val="3"/>
      </w:numPr>
      <w:contextualSpacing/>
    </w:pPr>
  </w:style>
  <w:style w:type="paragraph" w:styleId="Numeroituluettelo">
    <w:name w:val="List Number"/>
    <w:basedOn w:val="Normaali"/>
    <w:uiPriority w:val="99"/>
    <w:unhideWhenUsed/>
    <w:rsid w:val="00326F90"/>
    <w:pPr>
      <w:numPr>
        <w:numId w:val="5"/>
      </w:numPr>
      <w:contextualSpacing/>
    </w:pPr>
  </w:style>
  <w:style w:type="paragraph" w:styleId="Numeroituluettelo2">
    <w:name w:val="List Number 2"/>
    <w:basedOn w:val="Normaali"/>
    <w:uiPriority w:val="99"/>
    <w:unhideWhenUsed/>
    <w:rsid w:val="0029639D"/>
    <w:pPr>
      <w:numPr>
        <w:numId w:val="6"/>
      </w:numPr>
      <w:contextualSpacing/>
    </w:pPr>
  </w:style>
  <w:style w:type="paragraph" w:styleId="Numeroituluettelo3">
    <w:name w:val="List Number 3"/>
    <w:basedOn w:val="Normaali"/>
    <w:uiPriority w:val="99"/>
    <w:unhideWhenUsed/>
    <w:rsid w:val="0029639D"/>
    <w:pPr>
      <w:numPr>
        <w:numId w:val="7"/>
      </w:numPr>
      <w:contextualSpacing/>
    </w:pPr>
  </w:style>
  <w:style w:type="paragraph" w:styleId="Jatkoluettelo">
    <w:name w:val="List Continue"/>
    <w:basedOn w:val="Normaali"/>
    <w:uiPriority w:val="99"/>
    <w:unhideWhenUsed/>
    <w:rsid w:val="0029639D"/>
    <w:pPr>
      <w:spacing w:after="120"/>
      <w:ind w:left="360"/>
      <w:contextualSpacing/>
    </w:pPr>
  </w:style>
  <w:style w:type="paragraph" w:styleId="Jatkoluettelo2">
    <w:name w:val="List Continue 2"/>
    <w:basedOn w:val="Normaali"/>
    <w:uiPriority w:val="99"/>
    <w:unhideWhenUsed/>
    <w:rsid w:val="0029639D"/>
    <w:pPr>
      <w:spacing w:after="120"/>
      <w:ind w:left="720"/>
      <w:contextualSpacing/>
    </w:pPr>
  </w:style>
  <w:style w:type="paragraph" w:styleId="Jatkoluettelo3">
    <w:name w:val="List Continue 3"/>
    <w:basedOn w:val="Normaali"/>
    <w:uiPriority w:val="99"/>
    <w:unhideWhenUsed/>
    <w:rsid w:val="0029639D"/>
    <w:pPr>
      <w:spacing w:after="120"/>
      <w:ind w:left="1080"/>
      <w:contextualSpacing/>
    </w:pPr>
  </w:style>
  <w:style w:type="paragraph" w:styleId="Makroteksti">
    <w:name w:val="macro"/>
    <w:link w:val="Makrotekst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iChar">
    <w:name w:val="Makroteksti Char"/>
    <w:basedOn w:val="Kappaleenoletusfontti"/>
    <w:link w:val="Makroteksti"/>
    <w:uiPriority w:val="99"/>
    <w:rsid w:val="0029639D"/>
    <w:rPr>
      <w:rFonts w:ascii="Courier" w:hAnsi="Courier"/>
      <w:sz w:val="20"/>
      <w:szCs w:val="20"/>
    </w:rPr>
  </w:style>
  <w:style w:type="paragraph" w:styleId="Lainaus">
    <w:name w:val="Quote"/>
    <w:basedOn w:val="Normaali"/>
    <w:next w:val="Normaali"/>
    <w:link w:val="LainausChar"/>
    <w:uiPriority w:val="29"/>
    <w:qFormat/>
    <w:rsid w:val="00FC693F"/>
    <w:rPr>
      <w:i/>
      <w:iCs/>
      <w:color w:val="000000" w:themeColor="text1"/>
    </w:rPr>
  </w:style>
  <w:style w:type="character" w:customStyle="1" w:styleId="LainausChar">
    <w:name w:val="Lainaus Char"/>
    <w:basedOn w:val="Kappaleenoletusfontti"/>
    <w:link w:val="Lainaus"/>
    <w:uiPriority w:val="29"/>
    <w:rsid w:val="00FC693F"/>
    <w:rPr>
      <w:i/>
      <w:iCs/>
      <w:color w:val="000000" w:themeColor="text1"/>
    </w:rPr>
  </w:style>
  <w:style w:type="character" w:customStyle="1" w:styleId="Otsikko4Char">
    <w:name w:val="Otsikko 4 Char"/>
    <w:basedOn w:val="Kappaleenoletusfontti"/>
    <w:link w:val="Otsikko4"/>
    <w:uiPriority w:val="9"/>
    <w:semiHidden/>
    <w:rsid w:val="00FC693F"/>
    <w:rPr>
      <w:rFonts w:asciiTheme="majorHAnsi" w:eastAsiaTheme="majorEastAsia" w:hAnsiTheme="majorHAnsi" w:cstheme="majorBidi"/>
      <w:b/>
      <w:bCs/>
      <w:i/>
      <w:iCs/>
      <w:color w:val="4F81BD" w:themeColor="accent1"/>
    </w:rPr>
  </w:style>
  <w:style w:type="character" w:customStyle="1" w:styleId="Otsikko5Char">
    <w:name w:val="Otsikko 5 Char"/>
    <w:basedOn w:val="Kappaleenoletusfontti"/>
    <w:link w:val="Otsikko5"/>
    <w:uiPriority w:val="9"/>
    <w:semiHidden/>
    <w:rsid w:val="00FC693F"/>
    <w:rPr>
      <w:rFonts w:asciiTheme="majorHAnsi" w:eastAsiaTheme="majorEastAsia" w:hAnsiTheme="majorHAnsi" w:cstheme="majorBidi"/>
      <w:color w:val="243F60" w:themeColor="accent1" w:themeShade="7F"/>
    </w:rPr>
  </w:style>
  <w:style w:type="character" w:customStyle="1" w:styleId="Otsikko6Char">
    <w:name w:val="Otsikko 6 Char"/>
    <w:basedOn w:val="Kappaleenoletusfontti"/>
    <w:link w:val="Otsikko6"/>
    <w:uiPriority w:val="9"/>
    <w:semiHidden/>
    <w:rsid w:val="00FC693F"/>
    <w:rPr>
      <w:rFonts w:asciiTheme="majorHAnsi" w:eastAsiaTheme="majorEastAsia" w:hAnsiTheme="majorHAnsi" w:cstheme="majorBidi"/>
      <w:i/>
      <w:iCs/>
      <w:color w:val="243F60" w:themeColor="accent1" w:themeShade="7F"/>
    </w:rPr>
  </w:style>
  <w:style w:type="character" w:customStyle="1" w:styleId="Otsikko7Char">
    <w:name w:val="Otsikko 7 Char"/>
    <w:basedOn w:val="Kappaleenoletusfontti"/>
    <w:link w:val="Otsikko7"/>
    <w:uiPriority w:val="9"/>
    <w:semiHidden/>
    <w:rsid w:val="00FC693F"/>
    <w:rPr>
      <w:rFonts w:asciiTheme="majorHAnsi" w:eastAsiaTheme="majorEastAsia" w:hAnsiTheme="majorHAnsi" w:cstheme="majorBidi"/>
      <w:i/>
      <w:iCs/>
      <w:color w:val="404040" w:themeColor="text1" w:themeTint="BF"/>
    </w:rPr>
  </w:style>
  <w:style w:type="character" w:customStyle="1" w:styleId="Otsikko8Char">
    <w:name w:val="Otsikko 8 Char"/>
    <w:basedOn w:val="Kappaleenoletusfontti"/>
    <w:link w:val="Otsikko8"/>
    <w:uiPriority w:val="9"/>
    <w:semiHidden/>
    <w:rsid w:val="00FC693F"/>
    <w:rPr>
      <w:rFonts w:asciiTheme="majorHAnsi" w:eastAsiaTheme="majorEastAsia" w:hAnsiTheme="majorHAnsi" w:cstheme="majorBidi"/>
      <w:color w:val="4F81BD" w:themeColor="accent1"/>
      <w:sz w:val="20"/>
      <w:szCs w:val="20"/>
    </w:rPr>
  </w:style>
  <w:style w:type="character" w:customStyle="1" w:styleId="Otsikko9Char">
    <w:name w:val="Otsikko 9 Char"/>
    <w:basedOn w:val="Kappaleenoletusfontti"/>
    <w:link w:val="Otsikko9"/>
    <w:uiPriority w:val="9"/>
    <w:semiHidden/>
    <w:rsid w:val="00FC693F"/>
    <w:rPr>
      <w:rFonts w:asciiTheme="majorHAnsi" w:eastAsiaTheme="majorEastAsia" w:hAnsiTheme="majorHAnsi" w:cstheme="majorBidi"/>
      <w:i/>
      <w:iCs/>
      <w:color w:val="404040" w:themeColor="text1" w:themeTint="BF"/>
      <w:sz w:val="20"/>
      <w:szCs w:val="20"/>
    </w:rPr>
  </w:style>
  <w:style w:type="paragraph" w:styleId="Kuvaotsikko">
    <w:name w:val="caption"/>
    <w:basedOn w:val="Normaali"/>
    <w:next w:val="Normaali"/>
    <w:uiPriority w:val="35"/>
    <w:semiHidden/>
    <w:unhideWhenUsed/>
    <w:qFormat/>
    <w:rsid w:val="00FC693F"/>
    <w:pPr>
      <w:spacing w:line="240" w:lineRule="auto"/>
    </w:pPr>
    <w:rPr>
      <w:b/>
      <w:bCs/>
      <w:color w:val="4F81BD" w:themeColor="accent1"/>
      <w:szCs w:val="18"/>
    </w:rPr>
  </w:style>
  <w:style w:type="character" w:styleId="Voimakas">
    <w:name w:val="Strong"/>
    <w:basedOn w:val="Kappaleenoletusfontti"/>
    <w:uiPriority w:val="22"/>
    <w:qFormat/>
    <w:rsid w:val="00FC693F"/>
    <w:rPr>
      <w:b/>
      <w:bCs/>
    </w:rPr>
  </w:style>
  <w:style w:type="character" w:styleId="Korostus">
    <w:name w:val="Emphasis"/>
    <w:basedOn w:val="Kappaleenoletusfontti"/>
    <w:uiPriority w:val="20"/>
    <w:qFormat/>
    <w:rsid w:val="00FC693F"/>
    <w:rPr>
      <w:i/>
      <w:iCs/>
    </w:rPr>
  </w:style>
  <w:style w:type="paragraph" w:styleId="Erottuvalainaus">
    <w:name w:val="Intense Quote"/>
    <w:basedOn w:val="Normaali"/>
    <w:next w:val="Normaali"/>
    <w:link w:val="Erottuvalainaus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ErottuvalainausChar">
    <w:name w:val="Erottuva lainaus Char"/>
    <w:basedOn w:val="Kappaleenoletusfontti"/>
    <w:link w:val="Erottuvalainaus"/>
    <w:uiPriority w:val="30"/>
    <w:rsid w:val="00FC693F"/>
    <w:rPr>
      <w:b/>
      <w:bCs/>
      <w:i/>
      <w:iCs/>
      <w:color w:val="4F81BD" w:themeColor="accent1"/>
    </w:rPr>
  </w:style>
  <w:style w:type="character" w:styleId="Hienovarainenkorostus">
    <w:name w:val="Subtle Emphasis"/>
    <w:basedOn w:val="Kappaleenoletusfontti"/>
    <w:uiPriority w:val="19"/>
    <w:qFormat/>
    <w:rsid w:val="00FC693F"/>
    <w:rPr>
      <w:i/>
      <w:iCs/>
      <w:color w:val="808080" w:themeColor="text1" w:themeTint="7F"/>
    </w:rPr>
  </w:style>
  <w:style w:type="character" w:styleId="Voimakaskorostus">
    <w:name w:val="Intense Emphasis"/>
    <w:basedOn w:val="Kappaleenoletusfontti"/>
    <w:uiPriority w:val="21"/>
    <w:qFormat/>
    <w:rsid w:val="00FC693F"/>
    <w:rPr>
      <w:b/>
      <w:bCs/>
      <w:i/>
      <w:iCs/>
      <w:color w:val="4F81BD" w:themeColor="accent1"/>
    </w:rPr>
  </w:style>
  <w:style w:type="character" w:styleId="Hienovarainenviittaus">
    <w:name w:val="Subtle Reference"/>
    <w:basedOn w:val="Kappaleenoletusfontti"/>
    <w:uiPriority w:val="31"/>
    <w:qFormat/>
    <w:rsid w:val="00FC693F"/>
    <w:rPr>
      <w:smallCaps/>
      <w:color w:val="C0504D" w:themeColor="accent2"/>
      <w:u w:val="single"/>
    </w:rPr>
  </w:style>
  <w:style w:type="character" w:styleId="Erottuvaviittaus">
    <w:name w:val="Intense Reference"/>
    <w:basedOn w:val="Kappaleenoletusfontti"/>
    <w:uiPriority w:val="32"/>
    <w:qFormat/>
    <w:rsid w:val="00FC693F"/>
    <w:rPr>
      <w:b/>
      <w:bCs/>
      <w:smallCaps/>
      <w:color w:val="C0504D" w:themeColor="accent2"/>
      <w:spacing w:val="5"/>
      <w:u w:val="single"/>
    </w:rPr>
  </w:style>
  <w:style w:type="character" w:styleId="Kirjannimike">
    <w:name w:val="Book Title"/>
    <w:basedOn w:val="Kappaleenoletusfontti"/>
    <w:uiPriority w:val="33"/>
    <w:qFormat/>
    <w:rsid w:val="00FC693F"/>
    <w:rPr>
      <w:b/>
      <w:bCs/>
      <w:smallCaps/>
      <w:spacing w:val="5"/>
    </w:rPr>
  </w:style>
  <w:style w:type="paragraph" w:styleId="Sisllysluettelonotsikko">
    <w:name w:val="TOC Heading"/>
    <w:basedOn w:val="Otsikko1"/>
    <w:next w:val="Normaali"/>
    <w:uiPriority w:val="39"/>
    <w:semiHidden/>
    <w:unhideWhenUsed/>
    <w:qFormat/>
    <w:rsid w:val="00FC693F"/>
    <w:pPr>
      <w:outlineLvl w:val="9"/>
    </w:pPr>
  </w:style>
  <w:style w:type="table" w:styleId="TaulukkoRuudukko">
    <w:name w:val="Table Grid"/>
    <w:basedOn w:val="Normaalitaulukk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aleavarjostus">
    <w:name w:val="Light Shading"/>
    <w:basedOn w:val="Normaalitaulukk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aaleavarjostus-korostus2">
    <w:name w:val="Light Shading Accent 2"/>
    <w:basedOn w:val="Normaalitaulukk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aaleavarjostus-korostus3">
    <w:name w:val="Light Shading Accent 3"/>
    <w:basedOn w:val="Normaalitaulukk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aaleavarjostus-korostus4">
    <w:name w:val="Light Shading Accent 4"/>
    <w:basedOn w:val="Normaalitaulukk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aaleavarjostus-korostus5">
    <w:name w:val="Light Shading Accent 5"/>
    <w:basedOn w:val="Normaalitaulukk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aaleavarjostus-korostus6">
    <w:name w:val="Light Shading Accent 6"/>
    <w:basedOn w:val="Normaalitaulukk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aalealuettelo">
    <w:name w:val="Light List"/>
    <w:basedOn w:val="Normaalitaulukk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aalealuettelo-korostus2">
    <w:name w:val="Light List Accent 2"/>
    <w:basedOn w:val="Normaalitaulukk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aalealuettelo-korostus3">
    <w:name w:val="Light List Accent 3"/>
    <w:basedOn w:val="Normaalitaulukk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aalealuettelo-korostus4">
    <w:name w:val="Light List Accent 4"/>
    <w:basedOn w:val="Normaalitaulukk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aalealuettelo-korostus5">
    <w:name w:val="Light List Accent 5"/>
    <w:basedOn w:val="Normaalitaulukk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aalealuettelo-korostus6">
    <w:name w:val="Light List Accent 6"/>
    <w:basedOn w:val="Normaalitaulukk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aalearuudukko">
    <w:name w:val="Light Grid"/>
    <w:basedOn w:val="Normaalitaulukk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aalearuudukko-korostus2">
    <w:name w:val="Light Grid Accent 2"/>
    <w:basedOn w:val="Normaalitaulukk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aalearuudukko-korostus3">
    <w:name w:val="Light Grid Accent 3"/>
    <w:basedOn w:val="Normaalitaulukk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aalearuudukko-korostus4">
    <w:name w:val="Light Grid Accent 4"/>
    <w:basedOn w:val="Normaalitaulukk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aalearuudukko-korostus5">
    <w:name w:val="Light Grid Accent 5"/>
    <w:basedOn w:val="Normaalitaulukk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aalearuudukko-korostus6">
    <w:name w:val="Light Grid Accent 6"/>
    <w:basedOn w:val="Normaalitaulukk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Normaalivarjostus1">
    <w:name w:val="Medium Shading 1"/>
    <w:basedOn w:val="Normaalitaulukk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1">
    <w:name w:val="Medium Shading 2 Accent 1"/>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2">
    <w:name w:val="Medium Shading 2 Accent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3">
    <w:name w:val="Medium Shading 2 Accent 3"/>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5">
    <w:name w:val="Medium Shading 2 Accent 5"/>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6">
    <w:name w:val="Medium Shading 2 Accent 6"/>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luettelo1">
    <w:name w:val="Medium List 1"/>
    <w:basedOn w:val="Normaalitaulukk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Normaaliluettelo1-korostus2">
    <w:name w:val="Medium List 1 Accent 2"/>
    <w:basedOn w:val="Normaalitaulukk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Normaaliluettelo1-korostus3">
    <w:name w:val="Medium List 1 Accent 3"/>
    <w:basedOn w:val="Normaalitaulukk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Normaaliluettelo1-korostus4">
    <w:name w:val="Medium List 1 Accent 4"/>
    <w:basedOn w:val="Normaalitaulukk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Normaaliluettelo1-korostus5">
    <w:name w:val="Medium List 1 Accent 5"/>
    <w:basedOn w:val="Normaalitaulukk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Normaaliluettelo1-korostus6">
    <w:name w:val="Medium List 1 Accent 6"/>
    <w:basedOn w:val="Normaalitaulukk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Normaaliluettelo2">
    <w:name w:val="Medium Lis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ruudukko1">
    <w:name w:val="Medium Grid 1"/>
    <w:basedOn w:val="Normaalitaulukk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Normaaliruudukko1-korostus2">
    <w:name w:val="Medium Grid 1 Accent 2"/>
    <w:basedOn w:val="Normaalitaulukk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Normaaliruudukko1-korostus3">
    <w:name w:val="Medium Grid 1 Accent 3"/>
    <w:basedOn w:val="Normaalitaulukk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Normaaliruudukko1-korostus4">
    <w:name w:val="Medium Grid 1 Accent 4"/>
    <w:basedOn w:val="Normaalitaulukk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Normaaliruudukko1-korostus5">
    <w:name w:val="Medium Grid 1 Accent 5"/>
    <w:basedOn w:val="Normaalitaulukk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Normaaliruudukko1-korostus6">
    <w:name w:val="Medium Grid 1 Accent 6"/>
    <w:basedOn w:val="Normaalitaulukk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Normaaliruudukko2">
    <w:name w:val="Medium Grid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Normaaliruudukko3-korostus2">
    <w:name w:val="Medium Grid 3 Accent 2"/>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Normaaliruudukko3-korostus3">
    <w:name w:val="Medium Grid 3 Accent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Normaaliruudukko3-korostus4">
    <w:name w:val="Medium Grid 3 Accent 4"/>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Normaaliruudukko3-korostus5">
    <w:name w:val="Medium Grid 3 Accent 5"/>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Normaaliruudukko3-korostus6">
    <w:name w:val="Medium Grid 3 Accent 6"/>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maluettelo">
    <w:name w:val="Dark List"/>
    <w:basedOn w:val="Normaalitaulukk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maluettelo-korostus2">
    <w:name w:val="Dark List Accent 2"/>
    <w:basedOn w:val="Normaalitaulukk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maluettelo-korostus3">
    <w:name w:val="Dark List Accent 3"/>
    <w:basedOn w:val="Normaalitaulukk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maluettelo-korostus4">
    <w:name w:val="Dark List Accent 4"/>
    <w:basedOn w:val="Normaalitaulukk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maluettelo-korostus5">
    <w:name w:val="Dark List Accent 5"/>
    <w:basedOn w:val="Normaalitaulukk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maluettelo-korostus6">
    <w:name w:val="Dark List Accent 6"/>
    <w:basedOn w:val="Normaalitaulukk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iksvarjostus">
    <w:name w:val="Colorful Shading"/>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iksvarjostus-korostus4">
    <w:name w:val="Colorful Shading Accent 4"/>
    <w:basedOn w:val="Normaalitaulukk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iksluettelo">
    <w:name w:val="Colorful List"/>
    <w:basedOn w:val="Normaalitaulukk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iksluettelo-korostus2">
    <w:name w:val="Colorful List Accent 2"/>
    <w:basedOn w:val="Normaalitaulukk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iksluettelo-korostus3">
    <w:name w:val="Colorful List Accent 3"/>
    <w:basedOn w:val="Normaalitaulukk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iksluettelo-korostus4">
    <w:name w:val="Colorful List Accent 4"/>
    <w:basedOn w:val="Normaalitaulukk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iksluettelo-korostus5">
    <w:name w:val="Colorful List Accent 5"/>
    <w:basedOn w:val="Normaalitaulukk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iksluettelo-korostus6">
    <w:name w:val="Colorful List Accent 6"/>
    <w:basedOn w:val="Normaalitaulukk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iksruudukko">
    <w:name w:val="Colorful Grid"/>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iksruudukko-korostus2">
    <w:name w:val="Colorful Grid Accent 2"/>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iksruudukko-korostus3">
    <w:name w:val="Colorful Grid Accent 3"/>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iksruudukko-korostus4">
    <w:name w:val="Colorful Grid Accent 4"/>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iksruudukko-korostus5">
    <w:name w:val="Colorful Grid Accent 5"/>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iksruudukko-korostus6">
    <w:name w:val="Colorful Grid Accent 6"/>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7ccf407a-af7a-4c53-8e36-9389a938dbf4}" enabled="1" method="Privileged" siteId="{a609c794-a48e-43b2-be34-990f3b068db2}" contentBits="0" removed="0"/>
</clbl:labelList>
</file>

<file path=docProps/app.xml><?xml version="1.0" encoding="utf-8"?>
<Properties xmlns="http://schemas.openxmlformats.org/officeDocument/2006/extended-properties" xmlns:vt="http://schemas.openxmlformats.org/officeDocument/2006/docPropsVTypes">
  <Template>Normal</Template>
  <TotalTime>1994</TotalTime>
  <Pages>9</Pages>
  <Words>1381</Words>
  <Characters>12322</Characters>
  <Application>Microsoft Office Word</Application>
  <DocSecurity>0</DocSecurity>
  <Lines>473</Lines>
  <Paragraphs>351</Paragraphs>
  <ScaleCrop>false</ScaleCrop>
  <Manager/>
  <Company/>
  <LinksUpToDate>false</LinksUpToDate>
  <CharactersWithSpaces>13352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Kirkkokolehdit 2027 - muokattava korjattu versio</dc:title>
  <dc:subject/>
  <dc:creator>Huovinen Laura</dc:creator>
  <cp:keywords/>
  <dc:description>generated by python-docx</dc:description>
  <cp:lastModifiedBy>Huovinen Laura</cp:lastModifiedBy>
  <cp:revision>4</cp:revision>
  <dcterms:created xsi:type="dcterms:W3CDTF">2026-10-08T08:11:00Z</dcterms:created>
  <dcterms:modified xsi:type="dcterms:W3CDTF">2026-10-12T06:25:00Z</dcterms:modified>
  <cp:category/>
</cp:coreProperties>
</file>